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57C8D8" w14:textId="77777777" w:rsidR="00FB5D6E" w:rsidRDefault="00FB5D6E" w:rsidP="00BA6007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highlight w:val="yellow"/>
        </w:rPr>
      </w:pPr>
    </w:p>
    <w:p w14:paraId="05C0C915" w14:textId="77777777" w:rsidR="00A36839" w:rsidRPr="00A36839" w:rsidRDefault="00F7116C" w:rsidP="00BA6007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ATA DE REUNIÃO DO CONSELHO MUNICIPAL DE DESENVOLVIMENTO AGROPECUÁRIO</w:t>
      </w:r>
    </w:p>
    <w:p w14:paraId="4FEEF076" w14:textId="77777777" w:rsidR="00A36839" w:rsidRPr="00A36839" w:rsidRDefault="00F7116C" w:rsidP="002A3592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i/>
          <w:iCs/>
          <w:sz w:val="22"/>
          <w:szCs w:val="22"/>
        </w:rPr>
        <w:t>(Seleção de Beneficiários da Operação Terra Forte)</w:t>
      </w:r>
    </w:p>
    <w:p w14:paraId="1C8BC3CC" w14:textId="77777777" w:rsidR="00A36839" w:rsidRPr="00A36839" w:rsidRDefault="00F7116C" w:rsidP="00CF278B">
      <w:pPr>
        <w:spacing w:line="276" w:lineRule="auto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Conselho Municipal de Desenvolvimento Agropecuário de </w:t>
      </w:r>
      <w:r w:rsidR="00553A99" w:rsidRPr="00553A99">
        <w:rPr>
          <w:rFonts w:ascii="Arial" w:hAnsi="Arial" w:cs="Arial"/>
          <w:sz w:val="22"/>
          <w:szCs w:val="22"/>
        </w:rPr>
        <w:t>Mata</w:t>
      </w:r>
      <w:r>
        <w:br/>
      </w:r>
      <w:r w:rsidR="00553A99">
        <w:rPr>
          <w:rFonts w:ascii="Arial" w:hAnsi="Arial" w:cs="Arial"/>
          <w:sz w:val="22"/>
          <w:szCs w:val="22"/>
        </w:rPr>
        <w:t xml:space="preserve">Data: </w:t>
      </w:r>
      <w:r w:rsidR="00553A99" w:rsidRPr="00553A99">
        <w:rPr>
          <w:rFonts w:ascii="Arial" w:hAnsi="Arial" w:cs="Arial"/>
          <w:sz w:val="22"/>
          <w:szCs w:val="22"/>
        </w:rPr>
        <w:t>30/10/2025</w:t>
      </w:r>
      <w:r>
        <w:br/>
      </w:r>
      <w:r w:rsidRPr="40752D36">
        <w:rPr>
          <w:rFonts w:ascii="Arial" w:hAnsi="Arial" w:cs="Arial"/>
          <w:sz w:val="22"/>
          <w:szCs w:val="22"/>
        </w:rPr>
        <w:t xml:space="preserve">Local: </w:t>
      </w:r>
      <w:r w:rsidR="00553A99" w:rsidRPr="00553A99">
        <w:rPr>
          <w:rFonts w:ascii="Arial" w:hAnsi="Arial" w:cs="Arial"/>
          <w:sz w:val="22"/>
          <w:szCs w:val="22"/>
        </w:rPr>
        <w:t>Escritó</w:t>
      </w:r>
      <w:r w:rsidR="00553A99">
        <w:rPr>
          <w:rFonts w:ascii="Arial" w:hAnsi="Arial" w:cs="Arial"/>
          <w:sz w:val="22"/>
          <w:szCs w:val="22"/>
        </w:rPr>
        <w:t>rio Municipal da Emater-RS/Ascar de Mata</w:t>
      </w:r>
      <w:r>
        <w:br/>
      </w:r>
      <w:r w:rsidRPr="40752D36">
        <w:rPr>
          <w:rFonts w:ascii="Arial" w:hAnsi="Arial" w:cs="Arial"/>
          <w:sz w:val="22"/>
          <w:szCs w:val="22"/>
        </w:rPr>
        <w:t>Horário de início</w:t>
      </w:r>
      <w:r w:rsidRPr="00553A99">
        <w:rPr>
          <w:rFonts w:ascii="Arial" w:hAnsi="Arial" w:cs="Arial"/>
          <w:sz w:val="22"/>
          <w:szCs w:val="22"/>
        </w:rPr>
        <w:t xml:space="preserve">: </w:t>
      </w:r>
      <w:r w:rsidR="00553A99" w:rsidRPr="00553A99">
        <w:rPr>
          <w:rFonts w:ascii="Arial" w:hAnsi="Arial" w:cs="Arial"/>
          <w:sz w:val="22"/>
          <w:szCs w:val="22"/>
        </w:rPr>
        <w:t>13:00</w:t>
      </w:r>
    </w:p>
    <w:p w14:paraId="38E33649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36839">
        <w:rPr>
          <w:rFonts w:ascii="Arial" w:hAnsi="Arial" w:cs="Arial"/>
          <w:b/>
          <w:bCs/>
          <w:sz w:val="22"/>
          <w:szCs w:val="22"/>
        </w:rPr>
        <w:t>1. Lista de Presença</w:t>
      </w:r>
      <w:r w:rsidRPr="00BA6007">
        <w:rPr>
          <w:rFonts w:ascii="Arial" w:hAnsi="Arial" w:cs="Arial"/>
          <w:b/>
          <w:bCs/>
          <w:sz w:val="22"/>
          <w:szCs w:val="22"/>
        </w:rPr>
        <w:t xml:space="preserve"> dos Conselheiros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2552"/>
        <w:gridCol w:w="3685"/>
      </w:tblGrid>
      <w:tr w:rsidR="00F11396" w14:paraId="417F8EB9" w14:textId="77777777" w:rsidTr="00BA6007">
        <w:tc>
          <w:tcPr>
            <w:tcW w:w="3397" w:type="dxa"/>
          </w:tcPr>
          <w:p w14:paraId="7FA66BCD" w14:textId="77777777" w:rsidR="0078559C" w:rsidRPr="00BA6007" w:rsidRDefault="00F7116C" w:rsidP="00BA60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2552" w:type="dxa"/>
          </w:tcPr>
          <w:p w14:paraId="2E829D25" w14:textId="77777777" w:rsidR="0078559C" w:rsidRPr="00BA6007" w:rsidRDefault="00F7116C" w:rsidP="00BA60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3685" w:type="dxa"/>
          </w:tcPr>
          <w:p w14:paraId="63D37014" w14:textId="77777777" w:rsidR="0078559C" w:rsidRPr="00BA6007" w:rsidRDefault="00F7116C" w:rsidP="00BA60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Entidade/Representação</w:t>
            </w:r>
          </w:p>
        </w:tc>
      </w:tr>
      <w:tr w:rsidR="00F11396" w14:paraId="139C336B" w14:textId="77777777" w:rsidTr="00BA6007">
        <w:tc>
          <w:tcPr>
            <w:tcW w:w="3397" w:type="dxa"/>
          </w:tcPr>
          <w:p w14:paraId="559338C8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Luiz Ivanildo Beles Figueira</w:t>
            </w:r>
          </w:p>
        </w:tc>
        <w:tc>
          <w:tcPr>
            <w:tcW w:w="2552" w:type="dxa"/>
          </w:tcPr>
          <w:p w14:paraId="0BF627E0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D648055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Câmara de Vereadores</w:t>
            </w:r>
          </w:p>
        </w:tc>
      </w:tr>
      <w:tr w:rsidR="00F11396" w14:paraId="4D891951" w14:textId="77777777" w:rsidTr="00BA6007">
        <w:tc>
          <w:tcPr>
            <w:tcW w:w="3397" w:type="dxa"/>
          </w:tcPr>
          <w:p w14:paraId="6A6D50FB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Sandra Terezinha Lezina Della Giustina</w:t>
            </w:r>
          </w:p>
        </w:tc>
        <w:tc>
          <w:tcPr>
            <w:tcW w:w="2552" w:type="dxa"/>
          </w:tcPr>
          <w:p w14:paraId="7EC8A777" w14:textId="77777777" w:rsidR="0078559C" w:rsidRPr="00BA6007" w:rsidRDefault="00B74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711.XXX.XXX-34</w:t>
            </w:r>
          </w:p>
        </w:tc>
        <w:tc>
          <w:tcPr>
            <w:tcW w:w="3685" w:type="dxa"/>
          </w:tcPr>
          <w:p w14:paraId="72CD6ADA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Sindicato dos trabalhadores Rurais</w:t>
            </w:r>
          </w:p>
        </w:tc>
      </w:tr>
      <w:tr w:rsidR="00F11396" w14:paraId="21414249" w14:textId="77777777" w:rsidTr="00BA6007">
        <w:tc>
          <w:tcPr>
            <w:tcW w:w="3397" w:type="dxa"/>
          </w:tcPr>
          <w:p w14:paraId="1F9D1677" w14:textId="77777777" w:rsidR="002A3592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Valdir Rossi Arend</w:t>
            </w:r>
          </w:p>
        </w:tc>
        <w:tc>
          <w:tcPr>
            <w:tcW w:w="2552" w:type="dxa"/>
          </w:tcPr>
          <w:p w14:paraId="68738521" w14:textId="77777777" w:rsidR="002A3592" w:rsidRPr="00BA6007" w:rsidRDefault="001E5E40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271.XXX.XXX-49</w:t>
            </w:r>
          </w:p>
        </w:tc>
        <w:tc>
          <w:tcPr>
            <w:tcW w:w="3685" w:type="dxa"/>
          </w:tcPr>
          <w:p w14:paraId="32C74225" w14:textId="77777777" w:rsidR="002A3592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Secretaria de obras</w:t>
            </w:r>
          </w:p>
        </w:tc>
      </w:tr>
      <w:tr w:rsidR="00F11396" w14:paraId="5BE37CC0" w14:textId="77777777" w:rsidTr="00BA6007">
        <w:tc>
          <w:tcPr>
            <w:tcW w:w="3397" w:type="dxa"/>
          </w:tcPr>
          <w:p w14:paraId="5F98B0E0" w14:textId="77777777" w:rsidR="002A3592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Luciano Weber</w:t>
            </w:r>
          </w:p>
        </w:tc>
        <w:tc>
          <w:tcPr>
            <w:tcW w:w="2552" w:type="dxa"/>
          </w:tcPr>
          <w:p w14:paraId="7FC670B7" w14:textId="77777777" w:rsidR="002A3592" w:rsidRPr="00BA6007" w:rsidRDefault="00B73EE2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591.XXX.XXX-68</w:t>
            </w:r>
          </w:p>
        </w:tc>
        <w:tc>
          <w:tcPr>
            <w:tcW w:w="3685" w:type="dxa"/>
          </w:tcPr>
          <w:p w14:paraId="7ADF1988" w14:textId="77777777" w:rsidR="002A3592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Secretaria de Agricultura</w:t>
            </w:r>
          </w:p>
        </w:tc>
      </w:tr>
      <w:tr w:rsidR="00F11396" w14:paraId="0E123485" w14:textId="77777777" w:rsidTr="00BA6007">
        <w:tc>
          <w:tcPr>
            <w:tcW w:w="3397" w:type="dxa"/>
          </w:tcPr>
          <w:p w14:paraId="4135C5D0" w14:textId="77777777" w:rsidR="002A3592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Andressa Schutz Torres</w:t>
            </w:r>
          </w:p>
        </w:tc>
        <w:tc>
          <w:tcPr>
            <w:tcW w:w="2552" w:type="dxa"/>
          </w:tcPr>
          <w:p w14:paraId="46F2A443" w14:textId="77777777" w:rsidR="002A3592" w:rsidRPr="00BA6007" w:rsidRDefault="00B74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034.XXX.XXX-35</w:t>
            </w:r>
          </w:p>
        </w:tc>
        <w:tc>
          <w:tcPr>
            <w:tcW w:w="3685" w:type="dxa"/>
          </w:tcPr>
          <w:p w14:paraId="6594872A" w14:textId="77777777" w:rsidR="002A3592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Secretaria de Agricultura</w:t>
            </w:r>
          </w:p>
        </w:tc>
      </w:tr>
      <w:tr w:rsidR="00F11396" w14:paraId="5D3944E1" w14:textId="77777777" w:rsidTr="00BA6007">
        <w:tc>
          <w:tcPr>
            <w:tcW w:w="3397" w:type="dxa"/>
          </w:tcPr>
          <w:p w14:paraId="6B75991F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João </w:t>
            </w:r>
            <w:r w:rsidRPr="00985895">
              <w:rPr>
                <w:rFonts w:ascii="Arial" w:hAnsi="Arial" w:cs="Arial"/>
                <w:sz w:val="22"/>
                <w:szCs w:val="22"/>
              </w:rPr>
              <w:t>Batista Misievcz</w:t>
            </w:r>
          </w:p>
        </w:tc>
        <w:tc>
          <w:tcPr>
            <w:tcW w:w="2552" w:type="dxa"/>
          </w:tcPr>
          <w:p w14:paraId="19802D0E" w14:textId="77777777" w:rsidR="0078559C" w:rsidRPr="00BA6007" w:rsidRDefault="00B74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528.XXX.XXX-20</w:t>
            </w:r>
          </w:p>
        </w:tc>
        <w:tc>
          <w:tcPr>
            <w:tcW w:w="3685" w:type="dxa"/>
          </w:tcPr>
          <w:p w14:paraId="654D300D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Secretaria de Administração</w:t>
            </w:r>
          </w:p>
        </w:tc>
      </w:tr>
      <w:tr w:rsidR="00F11396" w14:paraId="7D2A1237" w14:textId="77777777" w:rsidTr="00BA6007">
        <w:tc>
          <w:tcPr>
            <w:tcW w:w="3397" w:type="dxa"/>
          </w:tcPr>
          <w:p w14:paraId="791443A0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Bernardo Bem da Jornada</w:t>
            </w:r>
          </w:p>
        </w:tc>
        <w:tc>
          <w:tcPr>
            <w:tcW w:w="2552" w:type="dxa"/>
          </w:tcPr>
          <w:p w14:paraId="197353CD" w14:textId="77777777" w:rsidR="0078559C" w:rsidRPr="00BA6007" w:rsidRDefault="00B73EE2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829.XXX.XXX-00</w:t>
            </w:r>
          </w:p>
        </w:tc>
        <w:tc>
          <w:tcPr>
            <w:tcW w:w="3685" w:type="dxa"/>
          </w:tcPr>
          <w:p w14:paraId="7862B0EB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Emater-RS/ASCAR</w:t>
            </w:r>
          </w:p>
        </w:tc>
      </w:tr>
      <w:tr w:rsidR="00F11396" w14:paraId="56C1686F" w14:textId="77777777" w:rsidTr="00BA6007">
        <w:tc>
          <w:tcPr>
            <w:tcW w:w="3397" w:type="dxa"/>
          </w:tcPr>
          <w:p w14:paraId="5209C8EE" w14:textId="2849AA09" w:rsidR="0078559C" w:rsidRPr="00BA6007" w:rsidRDefault="00382AF1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Elizi</w:t>
            </w:r>
            <w:r w:rsidR="00985895">
              <w:rPr>
                <w:rFonts w:ascii="Arial" w:hAnsi="Arial" w:cs="Arial"/>
                <w:sz w:val="22"/>
                <w:szCs w:val="22"/>
              </w:rPr>
              <w:t>ane Hartmann Lezina</w:t>
            </w:r>
          </w:p>
        </w:tc>
        <w:tc>
          <w:tcPr>
            <w:tcW w:w="2552" w:type="dxa"/>
          </w:tcPr>
          <w:p w14:paraId="5C6E4387" w14:textId="77777777" w:rsidR="0078559C" w:rsidRPr="00BA6007" w:rsidRDefault="00B74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001.XXX.XXX-58</w:t>
            </w:r>
          </w:p>
        </w:tc>
        <w:tc>
          <w:tcPr>
            <w:tcW w:w="3685" w:type="dxa"/>
          </w:tcPr>
          <w:p w14:paraId="0D216F8F" w14:textId="77777777" w:rsidR="0078559C" w:rsidRPr="00BA6007" w:rsidRDefault="00985895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Secretaria de Agricultura</w:t>
            </w:r>
          </w:p>
        </w:tc>
      </w:tr>
      <w:tr w:rsidR="00F11396" w14:paraId="21B59BA6" w14:textId="77777777" w:rsidTr="00BA6007">
        <w:tc>
          <w:tcPr>
            <w:tcW w:w="3397" w:type="dxa"/>
          </w:tcPr>
          <w:p w14:paraId="54D05FF6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8FE40F3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2D0E894A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1396" w14:paraId="2AC65553" w14:textId="77777777" w:rsidTr="00BA6007">
        <w:tc>
          <w:tcPr>
            <w:tcW w:w="3397" w:type="dxa"/>
          </w:tcPr>
          <w:p w14:paraId="4F20F8E2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EF8DE2D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6C7049A6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1396" w14:paraId="6BFB1454" w14:textId="77777777" w:rsidTr="00BA6007">
        <w:tc>
          <w:tcPr>
            <w:tcW w:w="3397" w:type="dxa"/>
          </w:tcPr>
          <w:p w14:paraId="15C419E9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1F22C16F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1363853C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1396" w14:paraId="6D9C7DAA" w14:textId="77777777" w:rsidTr="00BA6007">
        <w:tc>
          <w:tcPr>
            <w:tcW w:w="3397" w:type="dxa"/>
          </w:tcPr>
          <w:p w14:paraId="1A47C9F0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F1AB38F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4E6757B4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1396" w14:paraId="4FB157E1" w14:textId="77777777" w:rsidTr="00BA6007">
        <w:tc>
          <w:tcPr>
            <w:tcW w:w="3397" w:type="dxa"/>
          </w:tcPr>
          <w:p w14:paraId="278DC477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4B6DDAE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6630485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1396" w14:paraId="6FFE1A15" w14:textId="77777777" w:rsidTr="00BA6007">
        <w:tc>
          <w:tcPr>
            <w:tcW w:w="3397" w:type="dxa"/>
          </w:tcPr>
          <w:p w14:paraId="61852C6D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D063BB2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032CFD4D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1396" w14:paraId="18F03B24" w14:textId="77777777" w:rsidTr="00BA6007">
        <w:tc>
          <w:tcPr>
            <w:tcW w:w="3397" w:type="dxa"/>
          </w:tcPr>
          <w:p w14:paraId="023B90CB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22E7B36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0C399AB1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3198874" w14:textId="77777777" w:rsidR="00A36839" w:rsidRPr="00A36839" w:rsidRDefault="00A36839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594A2B5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36839">
        <w:rPr>
          <w:rFonts w:ascii="Arial" w:hAnsi="Arial" w:cs="Arial"/>
          <w:b/>
          <w:bCs/>
          <w:sz w:val="22"/>
          <w:szCs w:val="22"/>
        </w:rPr>
        <w:t>2. Abertura dos Trabalhos</w:t>
      </w:r>
    </w:p>
    <w:p w14:paraId="0232C80F" w14:textId="77777777" w:rsidR="00A36839" w:rsidRPr="00A36839" w:rsidRDefault="00F7116C" w:rsidP="00BA6007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t xml:space="preserve">Aos </w:t>
      </w:r>
      <w:r w:rsidR="00553A99" w:rsidRPr="00553A99">
        <w:rPr>
          <w:rFonts w:ascii="Arial" w:hAnsi="Arial" w:cs="Arial"/>
          <w:sz w:val="22"/>
          <w:szCs w:val="22"/>
        </w:rPr>
        <w:t>trinta</w:t>
      </w:r>
      <w:r w:rsidRPr="00A36839">
        <w:rPr>
          <w:rFonts w:ascii="Arial" w:hAnsi="Arial" w:cs="Arial"/>
          <w:sz w:val="22"/>
          <w:szCs w:val="22"/>
        </w:rPr>
        <w:t xml:space="preserve"> dias do mês de </w:t>
      </w:r>
      <w:r w:rsidR="00553A99" w:rsidRPr="00553A99">
        <w:rPr>
          <w:rFonts w:ascii="Arial" w:hAnsi="Arial" w:cs="Arial"/>
          <w:sz w:val="22"/>
          <w:szCs w:val="22"/>
        </w:rPr>
        <w:t>outubro</w:t>
      </w:r>
      <w:r w:rsidRPr="00A36839">
        <w:rPr>
          <w:rFonts w:ascii="Arial" w:hAnsi="Arial" w:cs="Arial"/>
          <w:sz w:val="22"/>
          <w:szCs w:val="22"/>
        </w:rPr>
        <w:t xml:space="preserve"> de 2025, reuniram-se os membros do Conselho Municipal de Desenvolvimento Agropecuário de </w:t>
      </w:r>
      <w:r w:rsidR="00553A99" w:rsidRPr="00553A99">
        <w:rPr>
          <w:rFonts w:ascii="Arial" w:hAnsi="Arial" w:cs="Arial"/>
          <w:sz w:val="22"/>
          <w:szCs w:val="22"/>
        </w:rPr>
        <w:t>Mata</w:t>
      </w:r>
      <w:r w:rsidRPr="00553A99">
        <w:rPr>
          <w:rFonts w:ascii="Arial" w:hAnsi="Arial" w:cs="Arial"/>
          <w:sz w:val="22"/>
          <w:szCs w:val="22"/>
        </w:rPr>
        <w:t>,</w:t>
      </w:r>
      <w:r w:rsidR="00553A99">
        <w:rPr>
          <w:rFonts w:ascii="Arial" w:hAnsi="Arial" w:cs="Arial"/>
          <w:sz w:val="22"/>
          <w:szCs w:val="22"/>
        </w:rPr>
        <w:t xml:space="preserve"> sob a presidência de Elisiane Hartmann</w:t>
      </w:r>
      <w:r w:rsidRPr="00A36839">
        <w:rPr>
          <w:rFonts w:ascii="Arial" w:hAnsi="Arial" w:cs="Arial"/>
          <w:sz w:val="22"/>
          <w:szCs w:val="22"/>
        </w:rPr>
        <w:t xml:space="preserve">, para tratar de pauta única referente à </w:t>
      </w:r>
      <w:r w:rsidRPr="00CF278B">
        <w:rPr>
          <w:rFonts w:ascii="Arial" w:hAnsi="Arial" w:cs="Arial"/>
          <w:b/>
          <w:sz w:val="22"/>
          <w:szCs w:val="22"/>
        </w:rPr>
        <w:t>Seleção dos Beneficiários</w:t>
      </w:r>
      <w:r w:rsidRPr="00A36839">
        <w:rPr>
          <w:rFonts w:ascii="Arial" w:hAnsi="Arial" w:cs="Arial"/>
          <w:sz w:val="22"/>
          <w:szCs w:val="22"/>
        </w:rPr>
        <w:t xml:space="preserve"> do Programa de Recuperação Socioprodutiva, Ambiental e Incremento da Resiliência Climática da Agricultura Familiar Gaúcha – </w:t>
      </w:r>
      <w:r w:rsidRPr="00A36839">
        <w:rPr>
          <w:rFonts w:ascii="Arial" w:hAnsi="Arial" w:cs="Arial"/>
          <w:b/>
          <w:bCs/>
          <w:sz w:val="22"/>
          <w:szCs w:val="22"/>
        </w:rPr>
        <w:t>Operação Terra Forte,</w:t>
      </w:r>
      <w:r w:rsidRPr="00A36839">
        <w:rPr>
          <w:rFonts w:ascii="Arial" w:hAnsi="Arial" w:cs="Arial"/>
          <w:sz w:val="22"/>
          <w:szCs w:val="22"/>
        </w:rPr>
        <w:t xml:space="preserve"> instituído pela Lei Estadual nº 16.308/2025 e regulamentado pelo Decreto Estadual nº 58.340/2025</w:t>
      </w:r>
      <w:r w:rsidR="00CF278B">
        <w:rPr>
          <w:rFonts w:ascii="Arial" w:hAnsi="Arial" w:cs="Arial"/>
          <w:sz w:val="22"/>
          <w:szCs w:val="22"/>
        </w:rPr>
        <w:t>, no município</w:t>
      </w:r>
      <w:r w:rsidRPr="00A36839">
        <w:rPr>
          <w:rFonts w:ascii="Arial" w:hAnsi="Arial" w:cs="Arial"/>
          <w:sz w:val="22"/>
          <w:szCs w:val="22"/>
        </w:rPr>
        <w:t>.</w:t>
      </w:r>
    </w:p>
    <w:p w14:paraId="713193CE" w14:textId="77777777" w:rsidR="00A36839" w:rsidRPr="00A36839" w:rsidRDefault="00F7116C" w:rsidP="00BA6007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t>O programa é executado pela Secretaria de Desenvolvimento Rural (SDR), em parceria com a Emater/RS-Ascar, e tem como objetivo a recuperação produtiva, ambiental e social das unidades de produção familiar (UPFs), fortalecendo a resiliência climática e a sustentabilidade da agricultura familiar gaúcha.</w:t>
      </w:r>
    </w:p>
    <w:p w14:paraId="16003410" w14:textId="77777777" w:rsidR="00A36839" w:rsidRPr="00A36839" w:rsidRDefault="00F7116C" w:rsidP="00BA6007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O extensionista </w:t>
      </w:r>
      <w:r w:rsidR="00553A99" w:rsidRPr="00553A99">
        <w:rPr>
          <w:rFonts w:ascii="Arial" w:hAnsi="Arial" w:cs="Arial"/>
          <w:sz w:val="22"/>
          <w:szCs w:val="22"/>
        </w:rPr>
        <w:t xml:space="preserve">Bernardo Ben </w:t>
      </w:r>
      <w:r w:rsidR="00553A99">
        <w:rPr>
          <w:rFonts w:ascii="Arial" w:hAnsi="Arial" w:cs="Arial"/>
          <w:sz w:val="22"/>
          <w:szCs w:val="22"/>
        </w:rPr>
        <w:t>da Jornada</w:t>
      </w:r>
      <w:r w:rsidRPr="40752D36">
        <w:rPr>
          <w:rFonts w:ascii="Arial" w:hAnsi="Arial" w:cs="Arial"/>
          <w:sz w:val="22"/>
          <w:szCs w:val="22"/>
        </w:rPr>
        <w:t xml:space="preserve"> apresentou aos conselheiros o escopo</w:t>
      </w:r>
      <w:r w:rsidR="00CF278B">
        <w:rPr>
          <w:rFonts w:ascii="Arial" w:hAnsi="Arial" w:cs="Arial"/>
          <w:sz w:val="22"/>
          <w:szCs w:val="22"/>
        </w:rPr>
        <w:t>, objetivo</w:t>
      </w:r>
      <w:r w:rsidRPr="40752D36">
        <w:rPr>
          <w:rFonts w:ascii="Arial" w:hAnsi="Arial" w:cs="Arial"/>
          <w:sz w:val="22"/>
          <w:szCs w:val="22"/>
        </w:rPr>
        <w:t xml:space="preserve"> e os eixos do Programa, </w:t>
      </w:r>
      <w:r w:rsidR="00CF278B">
        <w:rPr>
          <w:rFonts w:ascii="Arial" w:hAnsi="Arial" w:cs="Arial"/>
          <w:sz w:val="22"/>
          <w:szCs w:val="22"/>
        </w:rPr>
        <w:t xml:space="preserve">os critérios de habilitação e </w:t>
      </w:r>
      <w:r w:rsidR="3540A53B" w:rsidRPr="40752D36">
        <w:rPr>
          <w:rFonts w:ascii="Arial" w:hAnsi="Arial" w:cs="Arial"/>
          <w:sz w:val="22"/>
          <w:szCs w:val="22"/>
        </w:rPr>
        <w:t>as diretrizes</w:t>
      </w:r>
      <w:r w:rsidRPr="40752D36">
        <w:rPr>
          <w:rFonts w:ascii="Arial" w:hAnsi="Arial" w:cs="Arial"/>
          <w:sz w:val="22"/>
          <w:szCs w:val="22"/>
        </w:rPr>
        <w:t xml:space="preserve"> de seleção</w:t>
      </w:r>
      <w:r w:rsidR="7440459B" w:rsidRPr="40752D36">
        <w:rPr>
          <w:rFonts w:ascii="Arial" w:hAnsi="Arial" w:cs="Arial"/>
          <w:sz w:val="22"/>
          <w:szCs w:val="22"/>
        </w:rPr>
        <w:t>,</w:t>
      </w:r>
      <w:r w:rsidR="385CFA7F" w:rsidRPr="40752D36">
        <w:rPr>
          <w:rFonts w:ascii="Arial" w:hAnsi="Arial" w:cs="Arial"/>
          <w:sz w:val="22"/>
          <w:szCs w:val="22"/>
        </w:rPr>
        <w:t xml:space="preserve"> </w:t>
      </w:r>
      <w:r w:rsidRPr="40752D36">
        <w:rPr>
          <w:rFonts w:ascii="Arial" w:hAnsi="Arial" w:cs="Arial"/>
          <w:sz w:val="22"/>
          <w:szCs w:val="22"/>
        </w:rPr>
        <w:t>previstos no Manual Operativo</w:t>
      </w:r>
      <w:r w:rsidR="00CF278B">
        <w:rPr>
          <w:rFonts w:ascii="Arial" w:hAnsi="Arial" w:cs="Arial"/>
          <w:sz w:val="22"/>
          <w:szCs w:val="22"/>
        </w:rPr>
        <w:t>. Na sequência,</w:t>
      </w:r>
      <w:r w:rsidRPr="40752D36">
        <w:rPr>
          <w:rFonts w:ascii="Arial" w:hAnsi="Arial" w:cs="Arial"/>
          <w:sz w:val="22"/>
          <w:szCs w:val="22"/>
        </w:rPr>
        <w:t xml:space="preserve"> informou o número de vagas</w:t>
      </w:r>
      <w:r w:rsidR="405B1822" w:rsidRPr="40752D36">
        <w:rPr>
          <w:rFonts w:ascii="Arial" w:hAnsi="Arial" w:cs="Arial"/>
          <w:sz w:val="22"/>
          <w:szCs w:val="22"/>
        </w:rPr>
        <w:t xml:space="preserve"> </w:t>
      </w:r>
      <w:r w:rsidRPr="40752D36">
        <w:rPr>
          <w:rFonts w:ascii="Arial" w:hAnsi="Arial" w:cs="Arial"/>
          <w:sz w:val="22"/>
          <w:szCs w:val="22"/>
        </w:rPr>
        <w:t xml:space="preserve">destinadas ao município de </w:t>
      </w:r>
      <w:r w:rsidR="00553A99" w:rsidRPr="00553A99">
        <w:rPr>
          <w:rFonts w:ascii="Arial" w:hAnsi="Arial" w:cs="Arial"/>
          <w:sz w:val="22"/>
          <w:szCs w:val="22"/>
        </w:rPr>
        <w:t>Mata</w:t>
      </w:r>
      <w:r w:rsidR="64F49698" w:rsidRPr="00553A99">
        <w:rPr>
          <w:rFonts w:ascii="Arial" w:hAnsi="Arial" w:cs="Arial"/>
          <w:sz w:val="22"/>
          <w:szCs w:val="22"/>
        </w:rPr>
        <w:t xml:space="preserve"> </w:t>
      </w:r>
      <w:r w:rsidR="61AA597B" w:rsidRPr="00553A99">
        <w:rPr>
          <w:rFonts w:ascii="Arial" w:hAnsi="Arial" w:cs="Arial"/>
          <w:sz w:val="22"/>
          <w:szCs w:val="22"/>
        </w:rPr>
        <w:t>sendo</w:t>
      </w:r>
      <w:r w:rsidR="00CF278B" w:rsidRPr="00553A99">
        <w:rPr>
          <w:rFonts w:ascii="Arial" w:hAnsi="Arial" w:cs="Arial"/>
          <w:sz w:val="22"/>
          <w:szCs w:val="22"/>
        </w:rPr>
        <w:t>:</w:t>
      </w:r>
      <w:r w:rsidR="00553A99" w:rsidRPr="00553A99">
        <w:rPr>
          <w:rFonts w:ascii="Arial" w:hAnsi="Arial" w:cs="Arial"/>
          <w:sz w:val="22"/>
          <w:szCs w:val="22"/>
        </w:rPr>
        <w:t xml:space="preserve"> trinta e dois (32)</w:t>
      </w:r>
      <w:r w:rsidR="57C14417" w:rsidRPr="00553A99">
        <w:rPr>
          <w:rFonts w:ascii="Arial" w:hAnsi="Arial" w:cs="Arial"/>
          <w:sz w:val="22"/>
          <w:szCs w:val="22"/>
        </w:rPr>
        <w:t xml:space="preserve"> </w:t>
      </w:r>
      <w:r w:rsidR="00CF278B" w:rsidRPr="00553A99">
        <w:rPr>
          <w:rFonts w:ascii="Arial" w:hAnsi="Arial" w:cs="Arial"/>
          <w:sz w:val="22"/>
          <w:szCs w:val="22"/>
        </w:rPr>
        <w:t xml:space="preserve">vagas para beneficiários </w:t>
      </w:r>
      <w:r w:rsidR="57C14417" w:rsidRPr="00553A99">
        <w:rPr>
          <w:rFonts w:ascii="Arial" w:hAnsi="Arial" w:cs="Arial"/>
          <w:sz w:val="22"/>
          <w:szCs w:val="22"/>
        </w:rPr>
        <w:t>titulares</w:t>
      </w:r>
      <w:r w:rsidR="64F49698" w:rsidRPr="00553A99">
        <w:rPr>
          <w:rFonts w:ascii="Arial" w:hAnsi="Arial" w:cs="Arial"/>
          <w:sz w:val="22"/>
          <w:szCs w:val="22"/>
        </w:rPr>
        <w:t xml:space="preserve"> e</w:t>
      </w:r>
      <w:r w:rsidR="00553A99" w:rsidRPr="00553A99">
        <w:rPr>
          <w:rFonts w:ascii="Arial" w:hAnsi="Arial" w:cs="Arial"/>
          <w:sz w:val="22"/>
          <w:szCs w:val="22"/>
        </w:rPr>
        <w:t xml:space="preserve"> sete (7)</w:t>
      </w:r>
      <w:r w:rsidR="64F49698" w:rsidRPr="00553A99">
        <w:rPr>
          <w:rFonts w:ascii="Arial" w:hAnsi="Arial" w:cs="Arial"/>
          <w:sz w:val="22"/>
          <w:szCs w:val="22"/>
        </w:rPr>
        <w:t xml:space="preserve"> suplentes</w:t>
      </w:r>
      <w:r w:rsidR="3F30BB19" w:rsidRPr="00553A99">
        <w:rPr>
          <w:rFonts w:ascii="Arial" w:hAnsi="Arial" w:cs="Arial"/>
          <w:sz w:val="22"/>
          <w:szCs w:val="22"/>
        </w:rPr>
        <w:t>,</w:t>
      </w:r>
      <w:r w:rsidRPr="00553A99">
        <w:rPr>
          <w:rFonts w:ascii="Arial" w:hAnsi="Arial" w:cs="Arial"/>
          <w:sz w:val="22"/>
          <w:szCs w:val="22"/>
        </w:rPr>
        <w:t xml:space="preserve"> conforme definição </w:t>
      </w:r>
      <w:r w:rsidR="33F528C9" w:rsidRPr="00553A99">
        <w:rPr>
          <w:rFonts w:ascii="Arial" w:hAnsi="Arial" w:cs="Arial"/>
          <w:sz w:val="22"/>
          <w:szCs w:val="22"/>
        </w:rPr>
        <w:t xml:space="preserve">do Decreto </w:t>
      </w:r>
      <w:r w:rsidR="00CF278B" w:rsidRPr="00553A99">
        <w:rPr>
          <w:rFonts w:ascii="Arial" w:hAnsi="Arial" w:cs="Arial"/>
          <w:sz w:val="22"/>
          <w:szCs w:val="22"/>
        </w:rPr>
        <w:t>nº</w:t>
      </w:r>
      <w:r w:rsidR="00CF278B">
        <w:rPr>
          <w:rFonts w:ascii="Arial" w:hAnsi="Arial" w:cs="Arial"/>
          <w:sz w:val="22"/>
          <w:szCs w:val="22"/>
        </w:rPr>
        <w:t xml:space="preserve"> </w:t>
      </w:r>
      <w:r w:rsidR="33F528C9" w:rsidRPr="40752D36">
        <w:rPr>
          <w:rFonts w:ascii="Arial" w:hAnsi="Arial" w:cs="Arial"/>
          <w:sz w:val="22"/>
          <w:szCs w:val="22"/>
        </w:rPr>
        <w:t>58.340/2025</w:t>
      </w:r>
      <w:r w:rsidRPr="40752D36">
        <w:rPr>
          <w:rFonts w:ascii="Arial" w:hAnsi="Arial" w:cs="Arial"/>
          <w:sz w:val="22"/>
          <w:szCs w:val="22"/>
        </w:rPr>
        <w:t>.</w:t>
      </w:r>
    </w:p>
    <w:p w14:paraId="20D9F559" w14:textId="77777777" w:rsidR="40752D36" w:rsidRDefault="40752D36" w:rsidP="40752D36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64A61F43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lastRenderedPageBreak/>
        <w:t xml:space="preserve">3. </w:t>
      </w:r>
      <w:r w:rsidR="7EC8A31E" w:rsidRPr="40752D36">
        <w:rPr>
          <w:rFonts w:ascii="Arial" w:hAnsi="Arial" w:cs="Arial"/>
          <w:b/>
          <w:bCs/>
          <w:sz w:val="22"/>
          <w:szCs w:val="22"/>
        </w:rPr>
        <w:t>D</w:t>
      </w:r>
      <w:r w:rsidRPr="40752D36">
        <w:rPr>
          <w:rFonts w:ascii="Arial" w:hAnsi="Arial" w:cs="Arial"/>
          <w:b/>
          <w:bCs/>
          <w:sz w:val="22"/>
          <w:szCs w:val="22"/>
        </w:rPr>
        <w:t>os Inscritos e Habilitados</w:t>
      </w:r>
    </w:p>
    <w:p w14:paraId="540A3590" w14:textId="77777777" w:rsidR="00A36839" w:rsidRPr="00BA6007" w:rsidRDefault="00F7116C" w:rsidP="002A3592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429FE555">
        <w:rPr>
          <w:rFonts w:ascii="Arial" w:hAnsi="Arial" w:cs="Arial"/>
          <w:sz w:val="22"/>
          <w:szCs w:val="22"/>
        </w:rPr>
        <w:t>Foi apresentada pela equipe da Emater/RS-Ascar</w:t>
      </w:r>
      <w:r w:rsidR="7965C138" w:rsidRPr="429FE555">
        <w:rPr>
          <w:rFonts w:ascii="Arial" w:hAnsi="Arial" w:cs="Arial"/>
          <w:sz w:val="22"/>
          <w:szCs w:val="22"/>
        </w:rPr>
        <w:t xml:space="preserve"> que o número total de candidatos </w:t>
      </w:r>
      <w:r w:rsidR="06165162" w:rsidRPr="429FE555">
        <w:rPr>
          <w:rFonts w:ascii="Arial" w:hAnsi="Arial" w:cs="Arial"/>
          <w:sz w:val="22"/>
          <w:szCs w:val="22"/>
        </w:rPr>
        <w:t>in</w:t>
      </w:r>
      <w:r w:rsidR="685E2578" w:rsidRPr="429FE555">
        <w:rPr>
          <w:rFonts w:ascii="Arial" w:hAnsi="Arial" w:cs="Arial"/>
          <w:sz w:val="22"/>
          <w:szCs w:val="22"/>
        </w:rPr>
        <w:t xml:space="preserve">scritos </w:t>
      </w:r>
      <w:r w:rsidR="00553A99">
        <w:rPr>
          <w:rFonts w:ascii="Arial" w:hAnsi="Arial" w:cs="Arial"/>
          <w:sz w:val="22"/>
          <w:szCs w:val="22"/>
        </w:rPr>
        <w:t xml:space="preserve">cento e setenta e </w:t>
      </w:r>
      <w:r w:rsidR="00553A99" w:rsidRPr="00553A99">
        <w:rPr>
          <w:rFonts w:ascii="Arial" w:hAnsi="Arial" w:cs="Arial"/>
          <w:sz w:val="22"/>
          <w:szCs w:val="22"/>
        </w:rPr>
        <w:t>quatro (174)</w:t>
      </w:r>
      <w:r w:rsidR="6EC35000" w:rsidRPr="00553A99">
        <w:rPr>
          <w:rFonts w:ascii="Arial" w:hAnsi="Arial" w:cs="Arial"/>
          <w:sz w:val="22"/>
          <w:szCs w:val="22"/>
        </w:rPr>
        <w:t>.</w:t>
      </w:r>
      <w:r w:rsidR="6EC35000" w:rsidRPr="429FE555">
        <w:rPr>
          <w:rFonts w:ascii="Arial" w:hAnsi="Arial" w:cs="Arial"/>
          <w:sz w:val="22"/>
          <w:szCs w:val="22"/>
        </w:rPr>
        <w:t xml:space="preserve"> Do total de inscritos,</w:t>
      </w:r>
      <w:r w:rsidR="24FC9152" w:rsidRPr="429FE555">
        <w:rPr>
          <w:rFonts w:ascii="Arial" w:hAnsi="Arial" w:cs="Arial"/>
          <w:sz w:val="22"/>
          <w:szCs w:val="22"/>
        </w:rPr>
        <w:t xml:space="preserve"> </w:t>
      </w:r>
      <w:r w:rsidR="00553A99" w:rsidRPr="00553A99">
        <w:rPr>
          <w:rFonts w:ascii="Arial" w:hAnsi="Arial" w:cs="Arial"/>
          <w:sz w:val="22"/>
          <w:szCs w:val="22"/>
        </w:rPr>
        <w:t>cento e setenta e quatro (174)</w:t>
      </w:r>
      <w:r w:rsidR="00553A99">
        <w:rPr>
          <w:rFonts w:ascii="Arial" w:hAnsi="Arial" w:cs="Arial"/>
          <w:sz w:val="22"/>
          <w:szCs w:val="22"/>
        </w:rPr>
        <w:t xml:space="preserve"> candidatos foram habilitados e zero</w:t>
      </w:r>
      <w:r w:rsidR="24FC9152" w:rsidRPr="429FE555">
        <w:rPr>
          <w:rFonts w:ascii="Arial" w:hAnsi="Arial" w:cs="Arial"/>
          <w:sz w:val="22"/>
          <w:szCs w:val="22"/>
        </w:rPr>
        <w:t xml:space="preserve"> não foram habilitados de acordo com artigo sexto do </w:t>
      </w:r>
      <w:r w:rsidR="53212466" w:rsidRPr="429FE555">
        <w:rPr>
          <w:rFonts w:ascii="Arial" w:hAnsi="Arial" w:cs="Arial"/>
          <w:sz w:val="22"/>
          <w:szCs w:val="22"/>
        </w:rPr>
        <w:t xml:space="preserve">Decreto </w:t>
      </w:r>
      <w:r w:rsidR="00B260DE" w:rsidRPr="429FE555">
        <w:rPr>
          <w:rFonts w:ascii="Arial" w:hAnsi="Arial" w:cs="Arial"/>
          <w:sz w:val="22"/>
          <w:szCs w:val="22"/>
        </w:rPr>
        <w:t xml:space="preserve">nº 58.340/2025 </w:t>
      </w:r>
      <w:r w:rsidR="53212466" w:rsidRPr="429FE555">
        <w:rPr>
          <w:rFonts w:ascii="Arial" w:hAnsi="Arial" w:cs="Arial"/>
          <w:sz w:val="22"/>
          <w:szCs w:val="22"/>
        </w:rPr>
        <w:t>que regulamenta o programa</w:t>
      </w:r>
      <w:r w:rsidR="57F39365" w:rsidRPr="429FE555">
        <w:rPr>
          <w:rFonts w:ascii="Arial" w:hAnsi="Arial" w:cs="Arial"/>
          <w:sz w:val="22"/>
          <w:szCs w:val="22"/>
        </w:rPr>
        <w:t>, lista detalhada</w:t>
      </w:r>
      <w:r w:rsidR="00CF278B" w:rsidRPr="429FE555">
        <w:rPr>
          <w:rFonts w:ascii="Arial" w:hAnsi="Arial" w:cs="Arial"/>
          <w:sz w:val="22"/>
          <w:szCs w:val="22"/>
        </w:rPr>
        <w:t xml:space="preserve"> do</w:t>
      </w:r>
      <w:r w:rsidR="2BF15A91" w:rsidRPr="429FE555">
        <w:rPr>
          <w:rFonts w:ascii="Arial" w:hAnsi="Arial" w:cs="Arial"/>
          <w:sz w:val="22"/>
          <w:szCs w:val="22"/>
        </w:rPr>
        <w:t xml:space="preserve"> total de candidatos </w:t>
      </w:r>
      <w:r w:rsidR="00CF278B" w:rsidRPr="429FE555">
        <w:rPr>
          <w:rFonts w:ascii="Arial" w:hAnsi="Arial" w:cs="Arial"/>
          <w:sz w:val="22"/>
          <w:szCs w:val="22"/>
        </w:rPr>
        <w:t>inscritos</w:t>
      </w:r>
      <w:r w:rsidR="04A16331" w:rsidRPr="429FE555">
        <w:rPr>
          <w:rFonts w:ascii="Arial" w:hAnsi="Arial" w:cs="Arial"/>
          <w:sz w:val="22"/>
          <w:szCs w:val="22"/>
        </w:rPr>
        <w:t xml:space="preserve"> no município</w:t>
      </w:r>
      <w:r w:rsidR="00CF278B" w:rsidRPr="429FE555">
        <w:rPr>
          <w:rFonts w:ascii="Arial" w:hAnsi="Arial" w:cs="Arial"/>
          <w:sz w:val="22"/>
          <w:szCs w:val="22"/>
        </w:rPr>
        <w:t xml:space="preserve"> </w:t>
      </w:r>
      <w:r w:rsidR="46D4DE51" w:rsidRPr="429FE555">
        <w:rPr>
          <w:rFonts w:ascii="Arial" w:hAnsi="Arial" w:cs="Arial"/>
          <w:sz w:val="22"/>
          <w:szCs w:val="22"/>
        </w:rPr>
        <w:t>(</w:t>
      </w:r>
      <w:r w:rsidR="5FD15870" w:rsidRPr="429FE555">
        <w:rPr>
          <w:rFonts w:ascii="Arial" w:hAnsi="Arial" w:cs="Arial"/>
          <w:sz w:val="22"/>
          <w:szCs w:val="22"/>
        </w:rPr>
        <w:t xml:space="preserve">habilitados e </w:t>
      </w:r>
      <w:r w:rsidR="00CF278B" w:rsidRPr="429FE555">
        <w:rPr>
          <w:rFonts w:ascii="Arial" w:hAnsi="Arial" w:cs="Arial"/>
          <w:sz w:val="22"/>
          <w:szCs w:val="22"/>
        </w:rPr>
        <w:t>não habilitados</w:t>
      </w:r>
      <w:r w:rsidR="659A3A4C" w:rsidRPr="429FE555">
        <w:rPr>
          <w:rFonts w:ascii="Arial" w:hAnsi="Arial" w:cs="Arial"/>
          <w:sz w:val="22"/>
          <w:szCs w:val="22"/>
        </w:rPr>
        <w:t>)</w:t>
      </w:r>
      <w:r w:rsidR="57F39365" w:rsidRPr="429FE555">
        <w:rPr>
          <w:rFonts w:ascii="Arial" w:hAnsi="Arial" w:cs="Arial"/>
          <w:sz w:val="22"/>
          <w:szCs w:val="22"/>
        </w:rPr>
        <w:t xml:space="preserve"> </w:t>
      </w:r>
      <w:r w:rsidR="0C0BAD95" w:rsidRPr="429FE555">
        <w:rPr>
          <w:rFonts w:ascii="Arial" w:hAnsi="Arial" w:cs="Arial"/>
          <w:sz w:val="22"/>
          <w:szCs w:val="22"/>
        </w:rPr>
        <w:t xml:space="preserve">consta </w:t>
      </w:r>
      <w:r w:rsidR="57F39365" w:rsidRPr="00553A99">
        <w:rPr>
          <w:rFonts w:ascii="Arial" w:hAnsi="Arial" w:cs="Arial"/>
          <w:sz w:val="22"/>
          <w:szCs w:val="22"/>
        </w:rPr>
        <w:t xml:space="preserve">no </w:t>
      </w:r>
      <w:r w:rsidR="00488967" w:rsidRPr="00553A99">
        <w:rPr>
          <w:rFonts w:ascii="Arial" w:hAnsi="Arial" w:cs="Arial"/>
          <w:sz w:val="22"/>
          <w:szCs w:val="22"/>
        </w:rPr>
        <w:t>A</w:t>
      </w:r>
      <w:r w:rsidR="57F39365" w:rsidRPr="00553A99">
        <w:rPr>
          <w:rFonts w:ascii="Arial" w:hAnsi="Arial" w:cs="Arial"/>
          <w:sz w:val="22"/>
          <w:szCs w:val="22"/>
        </w:rPr>
        <w:t>nexo I</w:t>
      </w:r>
      <w:r w:rsidR="53212466" w:rsidRPr="429FE555">
        <w:rPr>
          <w:rFonts w:ascii="Arial" w:hAnsi="Arial" w:cs="Arial"/>
          <w:sz w:val="22"/>
          <w:szCs w:val="22"/>
        </w:rPr>
        <w:t>.</w:t>
      </w:r>
      <w:r w:rsidR="24FC9152" w:rsidRPr="429FE555">
        <w:rPr>
          <w:rFonts w:ascii="Arial" w:hAnsi="Arial" w:cs="Arial"/>
          <w:sz w:val="22"/>
          <w:szCs w:val="22"/>
        </w:rPr>
        <w:t xml:space="preserve"> </w:t>
      </w:r>
      <w:r w:rsidRPr="429FE555">
        <w:rPr>
          <w:rFonts w:ascii="Arial" w:hAnsi="Arial" w:cs="Arial"/>
          <w:sz w:val="22"/>
          <w:szCs w:val="22"/>
        </w:rPr>
        <w:t>Após conferência e esclarecimentos, os conselheiros prosseguiram à etapa de avaliação</w:t>
      </w:r>
      <w:r w:rsidR="00DE458F" w:rsidRPr="429FE555">
        <w:rPr>
          <w:rFonts w:ascii="Arial" w:hAnsi="Arial" w:cs="Arial"/>
          <w:sz w:val="22"/>
          <w:szCs w:val="22"/>
        </w:rPr>
        <w:t xml:space="preserve"> dos inscritos habilitados</w:t>
      </w:r>
      <w:r w:rsidRPr="429FE555">
        <w:rPr>
          <w:rFonts w:ascii="Arial" w:hAnsi="Arial" w:cs="Arial"/>
          <w:sz w:val="22"/>
          <w:szCs w:val="22"/>
        </w:rPr>
        <w:t xml:space="preserve"> </w:t>
      </w:r>
      <w:r w:rsidR="00DE458F" w:rsidRPr="429FE555">
        <w:rPr>
          <w:rFonts w:ascii="Arial" w:hAnsi="Arial" w:cs="Arial"/>
          <w:sz w:val="22"/>
          <w:szCs w:val="22"/>
        </w:rPr>
        <w:t>para a</w:t>
      </w:r>
      <w:r w:rsidRPr="429FE555">
        <w:rPr>
          <w:rFonts w:ascii="Arial" w:hAnsi="Arial" w:cs="Arial"/>
          <w:sz w:val="22"/>
          <w:szCs w:val="22"/>
        </w:rPr>
        <w:t xml:space="preserve"> seleção dos beneficiários, observando as diretrizes do Programa, </w:t>
      </w:r>
      <w:r w:rsidR="41E427A1" w:rsidRPr="429FE555">
        <w:rPr>
          <w:rFonts w:ascii="Arial" w:hAnsi="Arial" w:cs="Arial"/>
          <w:sz w:val="22"/>
          <w:szCs w:val="22"/>
        </w:rPr>
        <w:t>conforme segue</w:t>
      </w:r>
      <w:r w:rsidRPr="429FE555">
        <w:rPr>
          <w:rFonts w:ascii="Arial" w:hAnsi="Arial" w:cs="Arial"/>
          <w:sz w:val="22"/>
          <w:szCs w:val="22"/>
        </w:rPr>
        <w:t>:</w:t>
      </w:r>
    </w:p>
    <w:p w14:paraId="26B5C88E" w14:textId="77777777" w:rsidR="0078559C" w:rsidRPr="00BA6007" w:rsidRDefault="00F7116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Necessidade de recuperação de solo na matriz produtiva;</w:t>
      </w:r>
    </w:p>
    <w:p w14:paraId="26DBB100" w14:textId="77777777" w:rsidR="0078559C" w:rsidRPr="00BA6007" w:rsidRDefault="00F7116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Protagonismo jovem na gestão da atividade produtiva;</w:t>
      </w:r>
    </w:p>
    <w:p w14:paraId="5522166E" w14:textId="77777777" w:rsidR="0078559C" w:rsidRPr="00BA6007" w:rsidRDefault="00F7116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Protagonismo feminino na gestão da atividade produtiva;</w:t>
      </w:r>
    </w:p>
    <w:p w14:paraId="17C3541A" w14:textId="77777777" w:rsidR="0078559C" w:rsidRPr="00BA6007" w:rsidRDefault="00F7116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Residência da família no estabelecimento da UPF;</w:t>
      </w:r>
    </w:p>
    <w:p w14:paraId="3B7E30A1" w14:textId="77777777" w:rsidR="0078559C" w:rsidRPr="00BA6007" w:rsidRDefault="00F7116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709" w:hanging="142"/>
        <w:rPr>
          <w:rFonts w:ascii="Arial" w:hAnsi="Arial" w:cs="Arial"/>
        </w:rPr>
      </w:pPr>
      <w:r w:rsidRPr="00BA6007">
        <w:rPr>
          <w:rFonts w:ascii="Arial" w:hAnsi="Arial" w:cs="Arial"/>
        </w:rPr>
        <w:t>Disposição do beneficiário para adoção de tecnologias, o compromisso de execução das recomendações da assistência técnica e a ciência da necessidade de contrapartidas, bem como a disponibilização da unidade em servir como referência para difusão de tecnologia;</w:t>
      </w:r>
    </w:p>
    <w:p w14:paraId="731C5964" w14:textId="77777777" w:rsidR="0078559C" w:rsidRPr="00BA6007" w:rsidRDefault="00F7116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Distribuição territorial descentralizada no município.</w:t>
      </w:r>
    </w:p>
    <w:p w14:paraId="219E476B" w14:textId="77777777" w:rsidR="0078559C" w:rsidRPr="00A36839" w:rsidRDefault="0078559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0269189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36839">
        <w:rPr>
          <w:rFonts w:ascii="Arial" w:hAnsi="Arial" w:cs="Arial"/>
          <w:b/>
          <w:bCs/>
          <w:sz w:val="22"/>
          <w:szCs w:val="22"/>
        </w:rPr>
        <w:t>4. Distribuição de Vagas por Atividade Produtiva</w:t>
      </w:r>
    </w:p>
    <w:p w14:paraId="72AA216A" w14:textId="77777777" w:rsidR="00A36839" w:rsidRPr="00A36839" w:rsidRDefault="00F7116C" w:rsidP="002A3592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t>Após análise das inscrições habilitadas, os conselheiros deliberaram sobre a distribuição das vagas entre as atividades produtivas locais, considerando sua relevância socioeconômica e o potencial de difusão tecnológica no município, conforme a tabela a seguir:</w:t>
      </w:r>
    </w:p>
    <w:tbl>
      <w:tblPr>
        <w:tblW w:w="9923" w:type="dxa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3"/>
        <w:gridCol w:w="1713"/>
        <w:gridCol w:w="1576"/>
        <w:gridCol w:w="4491"/>
      </w:tblGrid>
      <w:tr w:rsidR="00F11396" w14:paraId="711DF525" w14:textId="77777777" w:rsidTr="00FB5D6E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03D0C7E3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1671" w:type="dxa"/>
            <w:vAlign w:val="center"/>
            <w:hideMark/>
          </w:tcPr>
          <w:p w14:paraId="7B9103FC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Nº de Inscritos Habilitados</w:t>
            </w:r>
          </w:p>
        </w:tc>
        <w:tc>
          <w:tcPr>
            <w:tcW w:w="1529" w:type="dxa"/>
            <w:vAlign w:val="center"/>
            <w:hideMark/>
          </w:tcPr>
          <w:p w14:paraId="0552E76A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Nº de Vagas Destinadas</w:t>
            </w:r>
          </w:p>
        </w:tc>
        <w:tc>
          <w:tcPr>
            <w:tcW w:w="4491" w:type="dxa"/>
            <w:vAlign w:val="center"/>
            <w:hideMark/>
          </w:tcPr>
          <w:p w14:paraId="58849391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40752D36">
              <w:rPr>
                <w:rFonts w:ascii="Arial" w:hAnsi="Arial" w:cs="Arial"/>
                <w:sz w:val="22"/>
                <w:szCs w:val="22"/>
              </w:rPr>
              <w:t>Justificativa</w:t>
            </w:r>
            <w:r w:rsidR="40C6D4D4" w:rsidRPr="40752D36">
              <w:rPr>
                <w:rFonts w:ascii="Arial" w:hAnsi="Arial" w:cs="Arial"/>
                <w:sz w:val="22"/>
                <w:szCs w:val="22"/>
              </w:rPr>
              <w:t xml:space="preserve"> para a distribuição de va</w:t>
            </w:r>
            <w:r w:rsidR="00DE458F">
              <w:rPr>
                <w:rFonts w:ascii="Arial" w:hAnsi="Arial" w:cs="Arial"/>
                <w:sz w:val="22"/>
                <w:szCs w:val="22"/>
              </w:rPr>
              <w:t>gas em cada atividade produtiva</w:t>
            </w:r>
          </w:p>
        </w:tc>
      </w:tr>
      <w:tr w:rsidR="00F11396" w14:paraId="0BE2D75E" w14:textId="77777777" w:rsidTr="00FB5D6E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2552739F" w14:textId="77777777" w:rsidR="00A36839" w:rsidRPr="00A36839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Grãos</w:t>
            </w:r>
          </w:p>
        </w:tc>
        <w:tc>
          <w:tcPr>
            <w:tcW w:w="1671" w:type="dxa"/>
            <w:vAlign w:val="center"/>
          </w:tcPr>
          <w:p w14:paraId="672A52E2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65</w:t>
            </w:r>
          </w:p>
        </w:tc>
        <w:tc>
          <w:tcPr>
            <w:tcW w:w="1529" w:type="dxa"/>
            <w:vAlign w:val="center"/>
          </w:tcPr>
          <w:p w14:paraId="5DBA83D0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491" w:type="dxa"/>
            <w:vAlign w:val="center"/>
          </w:tcPr>
          <w:p w14:paraId="575FA8FD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 de inscritos, importância econômica no município (milho, soja e feijão)</w:t>
            </w:r>
          </w:p>
        </w:tc>
      </w:tr>
      <w:tr w:rsidR="00F11396" w14:paraId="7E5E1840" w14:textId="77777777" w:rsidTr="00FB5D6E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186CE261" w14:textId="77777777" w:rsidR="00A36839" w:rsidRPr="00A36839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Pecuária de Corte</w:t>
            </w:r>
          </w:p>
        </w:tc>
        <w:tc>
          <w:tcPr>
            <w:tcW w:w="1671" w:type="dxa"/>
            <w:vAlign w:val="center"/>
          </w:tcPr>
          <w:p w14:paraId="243563AE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41</w:t>
            </w:r>
          </w:p>
        </w:tc>
        <w:tc>
          <w:tcPr>
            <w:tcW w:w="1529" w:type="dxa"/>
            <w:vAlign w:val="center"/>
          </w:tcPr>
          <w:p w14:paraId="2F3DC5C8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4491" w:type="dxa"/>
            <w:vAlign w:val="center"/>
          </w:tcPr>
          <w:p w14:paraId="6FD94CA4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 de inscritos, importância econômica no município.</w:t>
            </w:r>
          </w:p>
        </w:tc>
      </w:tr>
      <w:tr w:rsidR="00F11396" w14:paraId="725A9200" w14:textId="77777777" w:rsidTr="00FB5D6E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7AD54602" w14:textId="77777777" w:rsidR="00EB407E" w:rsidRPr="00A36839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Pecuária de Leite</w:t>
            </w:r>
          </w:p>
        </w:tc>
        <w:tc>
          <w:tcPr>
            <w:tcW w:w="1671" w:type="dxa"/>
            <w:vAlign w:val="center"/>
          </w:tcPr>
          <w:p w14:paraId="62EBB72E" w14:textId="77777777" w:rsidR="00EB407E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29" w:type="dxa"/>
            <w:vAlign w:val="center"/>
          </w:tcPr>
          <w:p w14:paraId="07DF54AE" w14:textId="77777777" w:rsidR="00EB407E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491" w:type="dxa"/>
            <w:vAlign w:val="center"/>
          </w:tcPr>
          <w:p w14:paraId="1DC03915" w14:textId="77777777" w:rsidR="00EB407E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Unidade demonstrativa, incentivo a mais produtores a investirem na atividade</w:t>
            </w:r>
          </w:p>
        </w:tc>
      </w:tr>
      <w:tr w:rsidR="00F11396" w14:paraId="61ACEF22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179FECC2" w14:textId="77777777" w:rsidR="00EB407E" w:rsidRPr="00BA6007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Olericultura</w:t>
            </w:r>
          </w:p>
        </w:tc>
        <w:tc>
          <w:tcPr>
            <w:tcW w:w="1671" w:type="dxa"/>
            <w:vAlign w:val="center"/>
          </w:tcPr>
          <w:p w14:paraId="6D4A9163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29" w:type="dxa"/>
            <w:vAlign w:val="center"/>
          </w:tcPr>
          <w:p w14:paraId="60B864AB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491" w:type="dxa"/>
            <w:vAlign w:val="center"/>
          </w:tcPr>
          <w:p w14:paraId="1CFAEEEE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Alternativa de renda em pequenas áreas.</w:t>
            </w:r>
          </w:p>
        </w:tc>
      </w:tr>
      <w:tr w:rsidR="00F11396" w14:paraId="5C21493B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425EE0EA" w14:textId="77777777" w:rsidR="00EB407E" w:rsidRPr="00BA6007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Fruticultura</w:t>
            </w:r>
          </w:p>
        </w:tc>
        <w:tc>
          <w:tcPr>
            <w:tcW w:w="1671" w:type="dxa"/>
            <w:vAlign w:val="center"/>
          </w:tcPr>
          <w:p w14:paraId="4CE74A9F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29" w:type="dxa"/>
            <w:vAlign w:val="center"/>
          </w:tcPr>
          <w:p w14:paraId="602698E4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491" w:type="dxa"/>
            <w:vAlign w:val="center"/>
          </w:tcPr>
          <w:p w14:paraId="43C44895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Alternativa de renda.</w:t>
            </w:r>
          </w:p>
        </w:tc>
      </w:tr>
      <w:tr w:rsidR="00F11396" w14:paraId="76023D93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040332C1" w14:textId="77777777" w:rsidR="00A36839" w:rsidRPr="00A36839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Fumicultura</w:t>
            </w:r>
          </w:p>
        </w:tc>
        <w:tc>
          <w:tcPr>
            <w:tcW w:w="1671" w:type="dxa"/>
            <w:vAlign w:val="center"/>
          </w:tcPr>
          <w:p w14:paraId="09BED32F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53</w:t>
            </w:r>
          </w:p>
        </w:tc>
        <w:tc>
          <w:tcPr>
            <w:tcW w:w="1529" w:type="dxa"/>
            <w:vAlign w:val="center"/>
          </w:tcPr>
          <w:p w14:paraId="78B866F8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491" w:type="dxa"/>
            <w:vAlign w:val="center"/>
          </w:tcPr>
          <w:p w14:paraId="55534170" w14:textId="77777777" w:rsidR="00A36839" w:rsidRPr="00A36839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 de inscritos, importância socioeconômica no município.</w:t>
            </w:r>
          </w:p>
        </w:tc>
      </w:tr>
      <w:tr w:rsidR="00F11396" w14:paraId="5E771D6B" w14:textId="77777777" w:rsidTr="00FB5D6E">
        <w:trPr>
          <w:trHeight w:val="300"/>
          <w:tblCellSpacing w:w="15" w:type="dxa"/>
        </w:trPr>
        <w:tc>
          <w:tcPr>
            <w:tcW w:w="2127" w:type="dxa"/>
            <w:vAlign w:val="center"/>
          </w:tcPr>
          <w:p w14:paraId="4F013314" w14:textId="77777777" w:rsidR="3077D2FD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40752D36">
              <w:rPr>
                <w:rFonts w:ascii="Arial" w:hAnsi="Arial" w:cs="Arial"/>
                <w:sz w:val="22"/>
                <w:szCs w:val="22"/>
              </w:rPr>
              <w:t>Silvicultura</w:t>
            </w:r>
          </w:p>
        </w:tc>
        <w:tc>
          <w:tcPr>
            <w:tcW w:w="1701" w:type="dxa"/>
            <w:vAlign w:val="center"/>
          </w:tcPr>
          <w:p w14:paraId="7C1157B6" w14:textId="77777777" w:rsidR="40752D36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59" w:type="dxa"/>
            <w:vAlign w:val="center"/>
          </w:tcPr>
          <w:p w14:paraId="405ECBF7" w14:textId="77777777" w:rsidR="40752D36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36" w:type="dxa"/>
            <w:vAlign w:val="center"/>
          </w:tcPr>
          <w:p w14:paraId="0FC39D52" w14:textId="77777777" w:rsidR="40752D36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Importância socioeconômica.</w:t>
            </w:r>
          </w:p>
        </w:tc>
      </w:tr>
      <w:tr w:rsidR="00F11396" w14:paraId="23D053EC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1AB0686A" w14:textId="77777777" w:rsidR="00EB407E" w:rsidRPr="00BA6007" w:rsidRDefault="00F7116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40752D36">
              <w:rPr>
                <w:rFonts w:ascii="Arial" w:hAnsi="Arial" w:cs="Arial"/>
                <w:sz w:val="22"/>
                <w:szCs w:val="22"/>
              </w:rPr>
              <w:lastRenderedPageBreak/>
              <w:t>Outros</w:t>
            </w:r>
            <w:r w:rsidR="46811F1A" w:rsidRPr="40752D3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46811F1A" w:rsidRPr="002C5A97">
              <w:rPr>
                <w:rFonts w:ascii="Arial" w:hAnsi="Arial" w:cs="Arial"/>
                <w:sz w:val="22"/>
                <w:szCs w:val="22"/>
              </w:rPr>
              <w:t>–</w:t>
            </w:r>
            <w:r w:rsidRPr="002C5A9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C5A97" w:rsidRPr="002C5A97">
              <w:rPr>
                <w:rFonts w:ascii="Arial" w:hAnsi="Arial" w:cs="Arial"/>
                <w:sz w:val="22"/>
                <w:szCs w:val="22"/>
              </w:rPr>
              <w:t>apicultura, avicultura</w:t>
            </w:r>
          </w:p>
        </w:tc>
        <w:tc>
          <w:tcPr>
            <w:tcW w:w="1671" w:type="dxa"/>
            <w:vAlign w:val="center"/>
          </w:tcPr>
          <w:p w14:paraId="7CA27C7A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29" w:type="dxa"/>
            <w:vAlign w:val="center"/>
          </w:tcPr>
          <w:p w14:paraId="008E4996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491" w:type="dxa"/>
            <w:vAlign w:val="center"/>
          </w:tcPr>
          <w:p w14:paraId="6DA9BD4E" w14:textId="77777777" w:rsidR="00EB407E" w:rsidRPr="00BA6007" w:rsidRDefault="00F7116C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Contemplar outras atividades</w:t>
            </w:r>
          </w:p>
        </w:tc>
      </w:tr>
    </w:tbl>
    <w:p w14:paraId="0A304A0C" w14:textId="77777777" w:rsidR="00FB5D6E" w:rsidRDefault="00FB5D6E" w:rsidP="40752D3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9956282" w14:textId="77777777" w:rsidR="40752D36" w:rsidRDefault="00F7116C" w:rsidP="40752D3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 xml:space="preserve">5. </w:t>
      </w:r>
      <w:r w:rsidR="4542264C" w:rsidRPr="40752D36">
        <w:rPr>
          <w:rFonts w:ascii="Arial" w:hAnsi="Arial" w:cs="Arial"/>
          <w:b/>
          <w:bCs/>
          <w:sz w:val="22"/>
          <w:szCs w:val="22"/>
        </w:rPr>
        <w:t>Considerações</w:t>
      </w:r>
    </w:p>
    <w:p w14:paraId="72F0FF3F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6</w:t>
      </w:r>
      <w:r w:rsidR="6E918F10" w:rsidRPr="40752D36">
        <w:rPr>
          <w:rFonts w:ascii="Arial" w:hAnsi="Arial" w:cs="Arial"/>
          <w:b/>
          <w:bCs/>
          <w:sz w:val="22"/>
          <w:szCs w:val="22"/>
        </w:rPr>
        <w:t>. Lista de Beneficiários Selecionados e Suplentes</w:t>
      </w:r>
    </w:p>
    <w:p w14:paraId="227D14FE" w14:textId="77777777" w:rsidR="00A36839" w:rsidRPr="00A36839" w:rsidRDefault="00F7116C" w:rsidP="002A3592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Com base nas deliberações acima, o Conselho aprovou a relação dos beneficiários titulares e suplentes, distribuídos nas três etapas de execução do Programa</w:t>
      </w:r>
      <w:r w:rsidR="08635894" w:rsidRPr="40752D36">
        <w:rPr>
          <w:rFonts w:ascii="Arial" w:hAnsi="Arial" w:cs="Arial"/>
          <w:sz w:val="22"/>
          <w:szCs w:val="22"/>
        </w:rPr>
        <w:t xml:space="preserve"> instituídas no Decreto 58.340 de 2025</w:t>
      </w:r>
      <w:r w:rsidRPr="40752D36">
        <w:rPr>
          <w:rFonts w:ascii="Arial" w:hAnsi="Arial" w:cs="Arial"/>
          <w:sz w:val="22"/>
          <w:szCs w:val="22"/>
        </w:rPr>
        <w:t>, conforme segue:</w:t>
      </w:r>
    </w:p>
    <w:p w14:paraId="339B068D" w14:textId="77777777" w:rsidR="00A36839" w:rsidRDefault="00F7116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00E8A">
        <w:rPr>
          <w:rFonts w:ascii="Arial" w:hAnsi="Arial" w:cs="Arial"/>
          <w:b/>
          <w:sz w:val="22"/>
          <w:szCs w:val="22"/>
        </w:rPr>
        <w:t>Etapa</w:t>
      </w:r>
      <w:r w:rsidR="0CFC5AD1" w:rsidRPr="00300E8A">
        <w:rPr>
          <w:rFonts w:ascii="Arial" w:hAnsi="Arial" w:cs="Arial"/>
          <w:b/>
          <w:sz w:val="22"/>
          <w:szCs w:val="22"/>
        </w:rPr>
        <w:t xml:space="preserve"> </w:t>
      </w:r>
      <w:r w:rsidRPr="00300E8A">
        <w:rPr>
          <w:rFonts w:ascii="Arial" w:hAnsi="Arial" w:cs="Arial"/>
          <w:b/>
          <w:sz w:val="22"/>
          <w:szCs w:val="22"/>
        </w:rPr>
        <w:t>1</w:t>
      </w:r>
      <w:r w:rsidR="345DE36A" w:rsidRPr="40752D36">
        <w:rPr>
          <w:rFonts w:ascii="Arial" w:hAnsi="Arial" w:cs="Arial"/>
          <w:sz w:val="22"/>
          <w:szCs w:val="22"/>
        </w:rPr>
        <w:t xml:space="preserve"> de execução</w:t>
      </w:r>
      <w:r w:rsidR="247BC61E" w:rsidRPr="40752D36">
        <w:rPr>
          <w:rFonts w:ascii="Arial" w:hAnsi="Arial" w:cs="Arial"/>
          <w:sz w:val="22"/>
          <w:szCs w:val="22"/>
        </w:rPr>
        <w:t>:</w:t>
      </w:r>
      <w:r w:rsidR="002C5A97">
        <w:rPr>
          <w:rFonts w:ascii="Arial" w:hAnsi="Arial" w:cs="Arial"/>
          <w:sz w:val="22"/>
          <w:szCs w:val="22"/>
        </w:rPr>
        <w:t xml:space="preserve"> (11 beneficiários)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F11396" w14:paraId="01B6C787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5D57247D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731FC45F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24BD5F1C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0FF66C8C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7BAEF340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F11396" w14:paraId="0BCDDA79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5C114176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1D092749" w14:textId="77777777" w:rsidR="002A3592" w:rsidRPr="00DE458F" w:rsidRDefault="002F437D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Adriana Figliero Malgarin</w:t>
            </w:r>
          </w:p>
        </w:tc>
        <w:tc>
          <w:tcPr>
            <w:tcW w:w="1701" w:type="dxa"/>
            <w:vAlign w:val="center"/>
          </w:tcPr>
          <w:p w14:paraId="0334D6B8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1F1F1"/>
              </w:rPr>
              <w:t>011XXXXXX20</w:t>
            </w:r>
          </w:p>
        </w:tc>
        <w:tc>
          <w:tcPr>
            <w:tcW w:w="2551" w:type="dxa"/>
            <w:vAlign w:val="center"/>
          </w:tcPr>
          <w:p w14:paraId="1D1DF0FE" w14:textId="77777777" w:rsidR="002A3592" w:rsidRPr="00DE458F" w:rsidRDefault="002F437D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Pecuária de leite</w:t>
            </w:r>
          </w:p>
        </w:tc>
        <w:tc>
          <w:tcPr>
            <w:tcW w:w="2370" w:type="dxa"/>
            <w:vAlign w:val="center"/>
          </w:tcPr>
          <w:p w14:paraId="20B2F0D5" w14:textId="77777777" w:rsidR="002A3592" w:rsidRPr="00DE458F" w:rsidRDefault="002F437D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Rafael</w:t>
            </w:r>
          </w:p>
        </w:tc>
      </w:tr>
      <w:tr w:rsidR="00F11396" w14:paraId="7A9BED76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7343052F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6D2AC2E0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Higor fão Forgiarini</w:t>
            </w:r>
          </w:p>
        </w:tc>
        <w:tc>
          <w:tcPr>
            <w:tcW w:w="1701" w:type="dxa"/>
            <w:vAlign w:val="center"/>
          </w:tcPr>
          <w:p w14:paraId="1C82ED4F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043XXXXXX26</w:t>
            </w:r>
          </w:p>
        </w:tc>
        <w:tc>
          <w:tcPr>
            <w:tcW w:w="2551" w:type="dxa"/>
            <w:vAlign w:val="center"/>
          </w:tcPr>
          <w:p w14:paraId="65D6B2C2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Outra (apicultura)</w:t>
            </w:r>
          </w:p>
        </w:tc>
        <w:tc>
          <w:tcPr>
            <w:tcW w:w="2370" w:type="dxa"/>
            <w:vAlign w:val="center"/>
          </w:tcPr>
          <w:p w14:paraId="7894AC1E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Campestre</w:t>
            </w:r>
          </w:p>
        </w:tc>
      </w:tr>
      <w:tr w:rsidR="00F11396" w14:paraId="5BDC2BF3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4AF1BDBB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37087E22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Elizete</w:t>
            </w:r>
            <w:r w:rsidR="00781C8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 Fátima Kemerich Pierini</w:t>
            </w:r>
          </w:p>
        </w:tc>
        <w:tc>
          <w:tcPr>
            <w:tcW w:w="1701" w:type="dxa"/>
            <w:vAlign w:val="center"/>
          </w:tcPr>
          <w:p w14:paraId="5BDBB7F7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1F1F1"/>
              </w:rPr>
              <w:t>020XXXXXX98</w:t>
            </w:r>
          </w:p>
        </w:tc>
        <w:tc>
          <w:tcPr>
            <w:tcW w:w="2551" w:type="dxa"/>
            <w:vAlign w:val="center"/>
          </w:tcPr>
          <w:p w14:paraId="172D61DD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Fruticultura</w:t>
            </w:r>
          </w:p>
        </w:tc>
        <w:tc>
          <w:tcPr>
            <w:tcW w:w="2370" w:type="dxa"/>
            <w:vAlign w:val="center"/>
          </w:tcPr>
          <w:p w14:paraId="43101AAD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Roque</w:t>
            </w:r>
          </w:p>
        </w:tc>
      </w:tr>
      <w:tr w:rsidR="00F11396" w14:paraId="0A0ED70D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288EDF99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0C24ADA7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Claudemir Santo Pierini</w:t>
            </w:r>
          </w:p>
        </w:tc>
        <w:tc>
          <w:tcPr>
            <w:tcW w:w="1701" w:type="dxa"/>
            <w:vAlign w:val="center"/>
          </w:tcPr>
          <w:p w14:paraId="76269490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582XXXXXX72</w:t>
            </w:r>
          </w:p>
        </w:tc>
        <w:tc>
          <w:tcPr>
            <w:tcW w:w="2551" w:type="dxa"/>
            <w:vAlign w:val="center"/>
          </w:tcPr>
          <w:p w14:paraId="411E61A8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Fruticultura</w:t>
            </w:r>
          </w:p>
        </w:tc>
        <w:tc>
          <w:tcPr>
            <w:tcW w:w="2370" w:type="dxa"/>
            <w:vAlign w:val="center"/>
          </w:tcPr>
          <w:p w14:paraId="459541EC" w14:textId="77777777" w:rsidR="002A3592" w:rsidRPr="00DE458F" w:rsidRDefault="00C53450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Sertão</w:t>
            </w:r>
          </w:p>
        </w:tc>
      </w:tr>
      <w:tr w:rsidR="00F11396" w14:paraId="2608FFB3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765CB8CE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5E2AA1AF" w14:textId="77777777" w:rsidR="002A3592" w:rsidRPr="00DE458F" w:rsidRDefault="00183B81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Moginer Zanata Bizuin</w:t>
            </w:r>
          </w:p>
        </w:tc>
        <w:tc>
          <w:tcPr>
            <w:tcW w:w="1701" w:type="dxa"/>
            <w:vAlign w:val="center"/>
          </w:tcPr>
          <w:p w14:paraId="2489912A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911XXXXXX04</w:t>
            </w:r>
          </w:p>
        </w:tc>
        <w:tc>
          <w:tcPr>
            <w:tcW w:w="2551" w:type="dxa"/>
            <w:vAlign w:val="center"/>
          </w:tcPr>
          <w:p w14:paraId="4C92C2E3" w14:textId="77777777" w:rsidR="002A3592" w:rsidRPr="00DE458F" w:rsidRDefault="00183B81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Olericultura</w:t>
            </w:r>
          </w:p>
        </w:tc>
        <w:tc>
          <w:tcPr>
            <w:tcW w:w="2370" w:type="dxa"/>
            <w:vAlign w:val="center"/>
          </w:tcPr>
          <w:p w14:paraId="354B5502" w14:textId="77777777" w:rsidR="002A3592" w:rsidRPr="00DE458F" w:rsidRDefault="00183B81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Boa Esperança</w:t>
            </w:r>
          </w:p>
        </w:tc>
      </w:tr>
      <w:tr w:rsidR="00F11396" w14:paraId="37ACC530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424644ED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39" w:type="dxa"/>
            <w:vAlign w:val="center"/>
          </w:tcPr>
          <w:p w14:paraId="1CCF1C34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Edson Pizzani</w:t>
            </w:r>
          </w:p>
        </w:tc>
        <w:tc>
          <w:tcPr>
            <w:tcW w:w="1701" w:type="dxa"/>
            <w:vAlign w:val="center"/>
          </w:tcPr>
          <w:p w14:paraId="5079C424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711XXXXXX49</w:t>
            </w:r>
          </w:p>
        </w:tc>
        <w:tc>
          <w:tcPr>
            <w:tcW w:w="2551" w:type="dxa"/>
            <w:vAlign w:val="center"/>
          </w:tcPr>
          <w:p w14:paraId="6A667D54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78E30110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Laje</w:t>
            </w:r>
          </w:p>
        </w:tc>
      </w:tr>
      <w:tr w:rsidR="00F11396" w14:paraId="6C93181D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7A159E5F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39" w:type="dxa"/>
            <w:vAlign w:val="center"/>
          </w:tcPr>
          <w:p w14:paraId="2A699DD8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Eraldo </w:t>
            </w:r>
            <w:r w:rsidR="0029439B">
              <w:rPr>
                <w:rFonts w:ascii="Arial" w:hAnsi="Arial" w:cs="Arial"/>
                <w:sz w:val="20"/>
                <w:szCs w:val="20"/>
              </w:rPr>
              <w:t xml:space="preserve">Diniz </w:t>
            </w:r>
            <w:r>
              <w:rPr>
                <w:rFonts w:ascii="Arial" w:hAnsi="Arial" w:cs="Arial"/>
                <w:sz w:val="20"/>
                <w:szCs w:val="20"/>
              </w:rPr>
              <w:t>Lodetti</w:t>
            </w:r>
          </w:p>
        </w:tc>
        <w:tc>
          <w:tcPr>
            <w:tcW w:w="1701" w:type="dxa"/>
            <w:vAlign w:val="center"/>
          </w:tcPr>
          <w:p w14:paraId="30D9408F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027XXXXXX26</w:t>
            </w:r>
          </w:p>
        </w:tc>
        <w:tc>
          <w:tcPr>
            <w:tcW w:w="2551" w:type="dxa"/>
            <w:vAlign w:val="center"/>
          </w:tcPr>
          <w:p w14:paraId="198E86AB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0BD10400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Chacrinha</w:t>
            </w:r>
          </w:p>
        </w:tc>
      </w:tr>
      <w:tr w:rsidR="00F11396" w14:paraId="07A9FADE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6210FF81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39" w:type="dxa"/>
            <w:vAlign w:val="center"/>
          </w:tcPr>
          <w:p w14:paraId="4126D227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Tiago Hartmann</w:t>
            </w:r>
          </w:p>
        </w:tc>
        <w:tc>
          <w:tcPr>
            <w:tcW w:w="1701" w:type="dxa"/>
            <w:vAlign w:val="center"/>
          </w:tcPr>
          <w:p w14:paraId="0958F74A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014XXXXXX32</w:t>
            </w:r>
          </w:p>
        </w:tc>
        <w:tc>
          <w:tcPr>
            <w:tcW w:w="2551" w:type="dxa"/>
            <w:vAlign w:val="center"/>
          </w:tcPr>
          <w:p w14:paraId="3513928C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4AE9D555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Laje</w:t>
            </w:r>
          </w:p>
        </w:tc>
      </w:tr>
      <w:tr w:rsidR="00F11396" w14:paraId="08B13FB5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1F09DA16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439" w:type="dxa"/>
            <w:vAlign w:val="center"/>
          </w:tcPr>
          <w:p w14:paraId="580043C0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Alcione Brunning</w:t>
            </w:r>
          </w:p>
        </w:tc>
        <w:tc>
          <w:tcPr>
            <w:tcW w:w="1701" w:type="dxa"/>
            <w:vAlign w:val="center"/>
          </w:tcPr>
          <w:p w14:paraId="1D33FAB6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906XXXXXX20</w:t>
            </w:r>
          </w:p>
        </w:tc>
        <w:tc>
          <w:tcPr>
            <w:tcW w:w="2551" w:type="dxa"/>
            <w:vAlign w:val="center"/>
          </w:tcPr>
          <w:p w14:paraId="6E25E969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3F78646B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Laje</w:t>
            </w:r>
          </w:p>
        </w:tc>
      </w:tr>
      <w:tr w:rsidR="00F11396" w14:paraId="27DD528E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12E5A646" w14:textId="77777777" w:rsidR="002A3592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439" w:type="dxa"/>
            <w:vAlign w:val="center"/>
          </w:tcPr>
          <w:p w14:paraId="0F2882A8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Gustavo Dias</w:t>
            </w:r>
          </w:p>
        </w:tc>
        <w:tc>
          <w:tcPr>
            <w:tcW w:w="1701" w:type="dxa"/>
            <w:vAlign w:val="center"/>
          </w:tcPr>
          <w:p w14:paraId="2029157D" w14:textId="77777777" w:rsidR="002A359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029XXXXXX63</w:t>
            </w:r>
          </w:p>
        </w:tc>
        <w:tc>
          <w:tcPr>
            <w:tcW w:w="2551" w:type="dxa"/>
            <w:vAlign w:val="center"/>
          </w:tcPr>
          <w:p w14:paraId="632A2790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633CA045" w14:textId="77777777" w:rsidR="002A359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José do louro</w:t>
            </w:r>
          </w:p>
        </w:tc>
      </w:tr>
      <w:tr w:rsidR="00F11396" w14:paraId="61C94280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70B4E31B" w14:textId="77777777" w:rsidR="005158A2" w:rsidRPr="40752D36" w:rsidRDefault="00F7116C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2439" w:type="dxa"/>
            <w:vAlign w:val="center"/>
          </w:tcPr>
          <w:p w14:paraId="6679749F" w14:textId="77777777" w:rsidR="005158A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Lucas</w:t>
            </w:r>
            <w:r w:rsidR="0029439B">
              <w:rPr>
                <w:rFonts w:ascii="Arial" w:hAnsi="Arial" w:cs="Arial"/>
                <w:sz w:val="20"/>
                <w:szCs w:val="20"/>
              </w:rPr>
              <w:t xml:space="preserve"> Antonio</w:t>
            </w:r>
            <w:r>
              <w:rPr>
                <w:rFonts w:ascii="Arial" w:hAnsi="Arial" w:cs="Arial"/>
                <w:sz w:val="20"/>
                <w:szCs w:val="20"/>
              </w:rPr>
              <w:t xml:space="preserve"> Brauner</w:t>
            </w:r>
          </w:p>
        </w:tc>
        <w:tc>
          <w:tcPr>
            <w:tcW w:w="1701" w:type="dxa"/>
            <w:vAlign w:val="center"/>
          </w:tcPr>
          <w:p w14:paraId="5C7BF4AA" w14:textId="77777777" w:rsidR="005158A2" w:rsidRPr="00DE458F" w:rsidRDefault="0029439B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019XXXXXX37</w:t>
            </w:r>
          </w:p>
        </w:tc>
        <w:tc>
          <w:tcPr>
            <w:tcW w:w="2551" w:type="dxa"/>
            <w:vAlign w:val="center"/>
          </w:tcPr>
          <w:p w14:paraId="1A661618" w14:textId="77777777" w:rsidR="005158A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596A659E" w14:textId="77777777" w:rsidR="005158A2" w:rsidRPr="00DE458F" w:rsidRDefault="0081727E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Sertão</w:t>
            </w:r>
          </w:p>
        </w:tc>
      </w:tr>
    </w:tbl>
    <w:p w14:paraId="01091C1E" w14:textId="77777777" w:rsidR="002A3592" w:rsidRDefault="002A3592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58868CA" w14:textId="77777777" w:rsidR="00A36839" w:rsidRDefault="00F7116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00E8A">
        <w:rPr>
          <w:rFonts w:ascii="Arial" w:hAnsi="Arial" w:cs="Arial"/>
          <w:b/>
          <w:sz w:val="22"/>
          <w:szCs w:val="22"/>
        </w:rPr>
        <w:t>Etapa</w:t>
      </w:r>
      <w:r w:rsidR="3A529DCE" w:rsidRPr="00300E8A">
        <w:rPr>
          <w:rFonts w:ascii="Arial" w:hAnsi="Arial" w:cs="Arial"/>
          <w:b/>
          <w:sz w:val="22"/>
          <w:szCs w:val="22"/>
        </w:rPr>
        <w:t xml:space="preserve"> 2</w:t>
      </w:r>
      <w:r w:rsidR="085C1ED6" w:rsidRPr="40752D36">
        <w:rPr>
          <w:rFonts w:ascii="Arial" w:hAnsi="Arial" w:cs="Arial"/>
          <w:sz w:val="22"/>
          <w:szCs w:val="22"/>
        </w:rPr>
        <w:t xml:space="preserve"> de execução</w:t>
      </w:r>
      <w:r w:rsidR="37B036FD" w:rsidRPr="40752D36">
        <w:rPr>
          <w:rFonts w:ascii="Arial" w:hAnsi="Arial" w:cs="Arial"/>
          <w:sz w:val="22"/>
          <w:szCs w:val="22"/>
        </w:rPr>
        <w:t>:</w:t>
      </w:r>
      <w:r w:rsidR="002C5A97">
        <w:rPr>
          <w:rFonts w:ascii="Arial" w:hAnsi="Arial" w:cs="Arial"/>
          <w:sz w:val="22"/>
          <w:szCs w:val="22"/>
        </w:rPr>
        <w:t xml:space="preserve"> (10 beneficiários)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F11396" w14:paraId="28639CC0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6D28E892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556F1084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20D96BF3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500F1481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6D9280C9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F11396" w14:paraId="55DC1FB7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108143A6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4A0CFF3C" w14:textId="77777777" w:rsidR="00DE458F" w:rsidRPr="00DE458F" w:rsidRDefault="0081727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Jailson Bressan</w:t>
            </w:r>
          </w:p>
        </w:tc>
        <w:tc>
          <w:tcPr>
            <w:tcW w:w="1701" w:type="dxa"/>
            <w:vAlign w:val="center"/>
          </w:tcPr>
          <w:p w14:paraId="6FA88905" w14:textId="77777777" w:rsidR="00DE458F" w:rsidRPr="00DE458F" w:rsidRDefault="001F7C05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F7C05"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004XXXXXX67</w:t>
            </w:r>
          </w:p>
        </w:tc>
        <w:tc>
          <w:tcPr>
            <w:tcW w:w="2551" w:type="dxa"/>
            <w:vAlign w:val="center"/>
          </w:tcPr>
          <w:p w14:paraId="2F9D780F" w14:textId="77777777" w:rsidR="00DE458F" w:rsidRPr="00DE458F" w:rsidRDefault="0081727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471398DD" w14:textId="77777777" w:rsidR="00DE458F" w:rsidRPr="00DE458F" w:rsidRDefault="0081727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Demétrio Ribeiro</w:t>
            </w:r>
          </w:p>
        </w:tc>
      </w:tr>
      <w:tr w:rsidR="00F11396" w14:paraId="2D0525C2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78B9899E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00E15FF3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Fernando Battaglin</w:t>
            </w:r>
          </w:p>
        </w:tc>
        <w:tc>
          <w:tcPr>
            <w:tcW w:w="1701" w:type="dxa"/>
            <w:vAlign w:val="center"/>
          </w:tcPr>
          <w:p w14:paraId="612A8FD1" w14:textId="77777777" w:rsidR="00DE458F" w:rsidRPr="001F7C05" w:rsidRDefault="001F7C05" w:rsidP="001F7C05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018XXXXXX50</w:t>
            </w:r>
          </w:p>
        </w:tc>
        <w:tc>
          <w:tcPr>
            <w:tcW w:w="2551" w:type="dxa"/>
            <w:vAlign w:val="center"/>
          </w:tcPr>
          <w:p w14:paraId="38DC3B04" w14:textId="77777777" w:rsidR="00DE458F" w:rsidRPr="00DE458F" w:rsidRDefault="0081727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Bovinocultura de corte</w:t>
            </w:r>
          </w:p>
        </w:tc>
        <w:tc>
          <w:tcPr>
            <w:tcW w:w="2370" w:type="dxa"/>
            <w:vAlign w:val="center"/>
          </w:tcPr>
          <w:p w14:paraId="73D0D195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Roque</w:t>
            </w:r>
          </w:p>
        </w:tc>
      </w:tr>
      <w:tr w:rsidR="00F11396" w14:paraId="58ADECEF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39865B38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726641B7" w14:textId="77777777" w:rsidR="00DE458F" w:rsidRPr="00DE458F" w:rsidRDefault="0081727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Eliseia Battaglin</w:t>
            </w:r>
            <w:r w:rsidR="001F7C05">
              <w:rPr>
                <w:rFonts w:ascii="Arial" w:hAnsi="Arial" w:cs="Arial"/>
                <w:sz w:val="20"/>
                <w:szCs w:val="20"/>
              </w:rPr>
              <w:t xml:space="preserve"> da Silva</w:t>
            </w:r>
          </w:p>
        </w:tc>
        <w:tc>
          <w:tcPr>
            <w:tcW w:w="1701" w:type="dxa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89"/>
              <w:gridCol w:w="81"/>
            </w:tblGrid>
            <w:tr w:rsidR="001F7C05" w:rsidRPr="001F7C05" w14:paraId="579D665D" w14:textId="77777777" w:rsidTr="001F7C0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F40988" w14:textId="77777777" w:rsidR="001F7C05" w:rsidRPr="001F7C05" w:rsidRDefault="001F7C05" w:rsidP="001F7C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lang w:eastAsia="pt-BR"/>
                      <w14:ligatures w14:val="none"/>
                    </w:rPr>
                  </w:pPr>
                  <w:r w:rsidRPr="001F7C05">
                    <w:rPr>
                      <w:rFonts w:ascii="Verdana" w:eastAsia="Times New Roman" w:hAnsi="Verdana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018XXXXX0</w:t>
                  </w:r>
                  <w:r w:rsidRPr="001F7C05">
                    <w:rPr>
                      <w:rFonts w:ascii="Times New Roman" w:eastAsia="Times New Roman" w:hAnsi="Times New Roman" w:cs="Times New Roman"/>
                      <w:kern w:val="0"/>
                      <w:lang w:eastAsia="pt-BR"/>
                      <w14:ligatures w14:val="none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1E9094" w14:textId="77777777" w:rsidR="001F7C05" w:rsidRPr="001F7C05" w:rsidRDefault="001F7C05" w:rsidP="001F7C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lang w:eastAsia="pt-BR"/>
                      <w14:ligatures w14:val="none"/>
                    </w:rPr>
                  </w:pPr>
                </w:p>
              </w:tc>
            </w:tr>
          </w:tbl>
          <w:p w14:paraId="4C6CED81" w14:textId="77777777" w:rsidR="00DE458F" w:rsidRPr="00DE458F" w:rsidRDefault="00DE458F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09E0410A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7B2BC192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Chacrinha</w:t>
            </w:r>
          </w:p>
        </w:tc>
      </w:tr>
      <w:tr w:rsidR="00F11396" w14:paraId="21DFD89F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23676012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4FDD64CF" w14:textId="77777777" w:rsidR="00DE458F" w:rsidRPr="00DE458F" w:rsidRDefault="0081727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Lucas Della Giustina</w:t>
            </w:r>
          </w:p>
        </w:tc>
        <w:tc>
          <w:tcPr>
            <w:tcW w:w="1701" w:type="dxa"/>
            <w:vAlign w:val="center"/>
          </w:tcPr>
          <w:p w14:paraId="7B7143F8" w14:textId="438F8F7C" w:rsidR="00DE458F" w:rsidRPr="00DE458F" w:rsidRDefault="00F9406E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029XXXXXX</w:t>
            </w:r>
            <w:bookmarkStart w:id="0" w:name="_GoBack"/>
            <w:bookmarkEnd w:id="0"/>
            <w:r w:rsidR="001F7C05"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60 </w:t>
            </w:r>
          </w:p>
        </w:tc>
        <w:tc>
          <w:tcPr>
            <w:tcW w:w="2551" w:type="dxa"/>
            <w:vAlign w:val="center"/>
          </w:tcPr>
          <w:p w14:paraId="43497B14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75037D03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José do Louro</w:t>
            </w:r>
          </w:p>
        </w:tc>
      </w:tr>
      <w:tr w:rsidR="00F11396" w14:paraId="73F11DE4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23862142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6BB69E1E" w14:textId="77777777" w:rsidR="00DE458F" w:rsidRPr="00DE458F" w:rsidRDefault="00A76B28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Brauner</w:t>
            </w:r>
          </w:p>
        </w:tc>
        <w:tc>
          <w:tcPr>
            <w:tcW w:w="1701" w:type="dxa"/>
            <w:vAlign w:val="center"/>
          </w:tcPr>
          <w:p w14:paraId="57DCC721" w14:textId="77777777" w:rsidR="00DE458F" w:rsidRPr="00DE458F" w:rsidRDefault="001F7C05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970XXXXXX20 </w:t>
            </w:r>
          </w:p>
        </w:tc>
        <w:tc>
          <w:tcPr>
            <w:tcW w:w="2551" w:type="dxa"/>
            <w:vAlign w:val="center"/>
          </w:tcPr>
          <w:p w14:paraId="4BD01BEC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09CC0BE6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Sertão</w:t>
            </w:r>
          </w:p>
        </w:tc>
      </w:tr>
      <w:tr w:rsidR="00F11396" w14:paraId="438FE9E0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04149B88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39" w:type="dxa"/>
            <w:vAlign w:val="center"/>
          </w:tcPr>
          <w:p w14:paraId="259F72DF" w14:textId="77777777" w:rsidR="00DE458F" w:rsidRPr="00DE458F" w:rsidRDefault="00A76B28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Bruno Brauner</w:t>
            </w:r>
          </w:p>
        </w:tc>
        <w:tc>
          <w:tcPr>
            <w:tcW w:w="1701" w:type="dxa"/>
            <w:vAlign w:val="center"/>
          </w:tcPr>
          <w:p w14:paraId="71068CE8" w14:textId="77777777" w:rsidR="00DE458F" w:rsidRPr="00DE458F" w:rsidRDefault="001F7C05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019XXXXXX93</w:t>
            </w:r>
          </w:p>
        </w:tc>
        <w:tc>
          <w:tcPr>
            <w:tcW w:w="2551" w:type="dxa"/>
            <w:vAlign w:val="center"/>
          </w:tcPr>
          <w:p w14:paraId="23588D74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173767A5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Laje</w:t>
            </w:r>
          </w:p>
        </w:tc>
      </w:tr>
      <w:tr w:rsidR="00F11396" w14:paraId="01DA2240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030C146A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7</w:t>
            </w:r>
          </w:p>
        </w:tc>
        <w:tc>
          <w:tcPr>
            <w:tcW w:w="2439" w:type="dxa"/>
            <w:vAlign w:val="center"/>
          </w:tcPr>
          <w:p w14:paraId="0177D86A" w14:textId="77777777" w:rsidR="00DE458F" w:rsidRPr="00DE458F" w:rsidRDefault="00A76B28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Juliano</w:t>
            </w:r>
            <w:r w:rsidR="001F7C05">
              <w:rPr>
                <w:rFonts w:ascii="Arial" w:hAnsi="Arial" w:cs="Arial"/>
                <w:sz w:val="20"/>
                <w:szCs w:val="20"/>
              </w:rPr>
              <w:t xml:space="preserve"> Mendes</w:t>
            </w:r>
            <w:r>
              <w:rPr>
                <w:rFonts w:ascii="Arial" w:hAnsi="Arial" w:cs="Arial"/>
                <w:sz w:val="20"/>
                <w:szCs w:val="20"/>
              </w:rPr>
              <w:t xml:space="preserve"> Fernandes</w:t>
            </w:r>
          </w:p>
        </w:tc>
        <w:tc>
          <w:tcPr>
            <w:tcW w:w="1701" w:type="dxa"/>
            <w:vAlign w:val="center"/>
          </w:tcPr>
          <w:p w14:paraId="6DB60CEF" w14:textId="77777777" w:rsidR="001F7C05" w:rsidRDefault="001F7C05" w:rsidP="001F7C05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036XXXXXX98</w:t>
            </w:r>
          </w:p>
          <w:p w14:paraId="7C1B2706" w14:textId="77777777" w:rsidR="00DE458F" w:rsidRPr="00DE458F" w:rsidRDefault="00DE458F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38B50817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14043E63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Xavier</w:t>
            </w:r>
          </w:p>
        </w:tc>
      </w:tr>
      <w:tr w:rsidR="00F11396" w14:paraId="3A3ECF2C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2860B343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39" w:type="dxa"/>
            <w:vAlign w:val="center"/>
          </w:tcPr>
          <w:p w14:paraId="20C9EC28" w14:textId="77777777" w:rsidR="00DE458F" w:rsidRPr="00DE458F" w:rsidRDefault="00A76B28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Vagner </w:t>
            </w:r>
            <w:r w:rsidR="001F7C05">
              <w:rPr>
                <w:rFonts w:ascii="Arial" w:hAnsi="Arial" w:cs="Arial"/>
                <w:sz w:val="20"/>
                <w:szCs w:val="20"/>
              </w:rPr>
              <w:t xml:space="preserve">Klimeck </w:t>
            </w:r>
            <w:r>
              <w:rPr>
                <w:rFonts w:ascii="Arial" w:hAnsi="Arial" w:cs="Arial"/>
                <w:sz w:val="20"/>
                <w:szCs w:val="20"/>
              </w:rPr>
              <w:t>Hofart</w:t>
            </w:r>
          </w:p>
        </w:tc>
        <w:tc>
          <w:tcPr>
            <w:tcW w:w="1701" w:type="dxa"/>
            <w:vAlign w:val="center"/>
          </w:tcPr>
          <w:p w14:paraId="7D758AB3" w14:textId="77777777" w:rsidR="00DE458F" w:rsidRPr="00DE458F" w:rsidRDefault="001F7C05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040XXXXXX10 </w:t>
            </w:r>
          </w:p>
        </w:tc>
        <w:tc>
          <w:tcPr>
            <w:tcW w:w="2551" w:type="dxa"/>
            <w:vAlign w:val="center"/>
          </w:tcPr>
          <w:p w14:paraId="215702DE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2215D2A5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Sertão</w:t>
            </w:r>
          </w:p>
        </w:tc>
      </w:tr>
      <w:tr w:rsidR="00F11396" w14:paraId="46985ECF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169E8C8D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439" w:type="dxa"/>
            <w:vAlign w:val="center"/>
          </w:tcPr>
          <w:p w14:paraId="5B82AE39" w14:textId="77777777" w:rsidR="00DE458F" w:rsidRPr="00DE458F" w:rsidRDefault="00A76B28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="00781C80">
              <w:rPr>
                <w:rFonts w:ascii="Arial" w:hAnsi="Arial" w:cs="Arial"/>
                <w:sz w:val="20"/>
                <w:szCs w:val="20"/>
              </w:rPr>
              <w:t>evin</w:t>
            </w:r>
            <w:r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="00257F7C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antos Diello</w:t>
            </w:r>
          </w:p>
        </w:tc>
        <w:tc>
          <w:tcPr>
            <w:tcW w:w="1701" w:type="dxa"/>
            <w:vAlign w:val="center"/>
          </w:tcPr>
          <w:p w14:paraId="3F62B8F8" w14:textId="77777777" w:rsidR="001F7C05" w:rsidRDefault="001F7C05" w:rsidP="001F7C05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970XXXXXX04</w:t>
            </w:r>
          </w:p>
          <w:p w14:paraId="495ECA06" w14:textId="77777777" w:rsidR="00DE458F" w:rsidRPr="00DE458F" w:rsidRDefault="00DE458F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54793067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4842D2A8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José do Louro</w:t>
            </w:r>
          </w:p>
        </w:tc>
      </w:tr>
      <w:tr w:rsidR="00F11396" w14:paraId="7756BAC0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5E79F4A1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439" w:type="dxa"/>
            <w:vAlign w:val="center"/>
          </w:tcPr>
          <w:p w14:paraId="07AA9EA1" w14:textId="77777777" w:rsidR="00DE458F" w:rsidRPr="00DE458F" w:rsidRDefault="00A76B28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Sandro Marcelo </w:t>
            </w:r>
            <w:r w:rsidR="00781C80">
              <w:rPr>
                <w:rFonts w:ascii="Arial" w:hAnsi="Arial" w:cs="Arial"/>
                <w:sz w:val="20"/>
                <w:szCs w:val="20"/>
              </w:rPr>
              <w:t>Cunha dos S</w:t>
            </w:r>
            <w:r>
              <w:rPr>
                <w:rFonts w:ascii="Arial" w:hAnsi="Arial" w:cs="Arial"/>
                <w:sz w:val="20"/>
                <w:szCs w:val="20"/>
              </w:rPr>
              <w:t>antos</w:t>
            </w:r>
          </w:p>
        </w:tc>
        <w:tc>
          <w:tcPr>
            <w:tcW w:w="1701" w:type="dxa"/>
            <w:vAlign w:val="center"/>
          </w:tcPr>
          <w:p w14:paraId="37944DAC" w14:textId="77777777" w:rsidR="00DE458F" w:rsidRPr="00DE458F" w:rsidRDefault="001F7C05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972XXXXXX04</w:t>
            </w:r>
          </w:p>
        </w:tc>
        <w:tc>
          <w:tcPr>
            <w:tcW w:w="2551" w:type="dxa"/>
            <w:vAlign w:val="center"/>
          </w:tcPr>
          <w:p w14:paraId="4F748864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44A1340D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José</w:t>
            </w:r>
          </w:p>
        </w:tc>
      </w:tr>
    </w:tbl>
    <w:p w14:paraId="55474465" w14:textId="77777777" w:rsidR="002A3592" w:rsidRDefault="002A3592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A17BF11" w14:textId="77777777" w:rsidR="00A36839" w:rsidRDefault="00F7116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00E8A">
        <w:rPr>
          <w:rFonts w:ascii="Arial" w:hAnsi="Arial" w:cs="Arial"/>
          <w:b/>
          <w:sz w:val="22"/>
          <w:szCs w:val="22"/>
        </w:rPr>
        <w:t>Etapa</w:t>
      </w:r>
      <w:r w:rsidR="535D1859" w:rsidRPr="00300E8A">
        <w:rPr>
          <w:rFonts w:ascii="Arial" w:hAnsi="Arial" w:cs="Arial"/>
          <w:b/>
          <w:sz w:val="22"/>
          <w:szCs w:val="22"/>
        </w:rPr>
        <w:t xml:space="preserve"> </w:t>
      </w:r>
      <w:r w:rsidRPr="00300E8A">
        <w:rPr>
          <w:rFonts w:ascii="Arial" w:hAnsi="Arial" w:cs="Arial"/>
          <w:b/>
          <w:sz w:val="22"/>
          <w:szCs w:val="22"/>
        </w:rPr>
        <w:t>3</w:t>
      </w:r>
      <w:r w:rsidR="3D6C2660" w:rsidRPr="40752D36">
        <w:rPr>
          <w:rFonts w:ascii="Arial" w:hAnsi="Arial" w:cs="Arial"/>
          <w:sz w:val="22"/>
          <w:szCs w:val="22"/>
        </w:rPr>
        <w:t xml:space="preserve"> de execução:</w:t>
      </w:r>
      <w:r w:rsidR="002C5A97">
        <w:rPr>
          <w:rFonts w:ascii="Arial" w:hAnsi="Arial" w:cs="Arial"/>
          <w:sz w:val="22"/>
          <w:szCs w:val="22"/>
        </w:rPr>
        <w:t xml:space="preserve"> (11 beneficiários)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F11396" w14:paraId="673FB3B1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6C09C9FD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4E96CE71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0A7AB5AC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20983B30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0B2360A8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F11396" w14:paraId="606A846B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11DD8304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79F7F1A3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Mitiel Darlan Brauner</w:t>
            </w:r>
          </w:p>
        </w:tc>
        <w:tc>
          <w:tcPr>
            <w:tcW w:w="1701" w:type="dxa"/>
            <w:vAlign w:val="center"/>
          </w:tcPr>
          <w:p w14:paraId="37FDFB78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044XXXXXX95</w:t>
            </w:r>
          </w:p>
        </w:tc>
        <w:tc>
          <w:tcPr>
            <w:tcW w:w="2551" w:type="dxa"/>
            <w:vAlign w:val="center"/>
          </w:tcPr>
          <w:p w14:paraId="25A4EACF" w14:textId="77777777" w:rsidR="00A76B28" w:rsidRPr="00DE458F" w:rsidRDefault="00781C80" w:rsidP="00A76B2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42D0D43A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Laje</w:t>
            </w:r>
          </w:p>
        </w:tc>
      </w:tr>
      <w:tr w:rsidR="00F11396" w14:paraId="49588794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7166E46B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1355DE20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Junior de Lima Ferreira</w:t>
            </w:r>
          </w:p>
        </w:tc>
        <w:tc>
          <w:tcPr>
            <w:tcW w:w="1701" w:type="dxa"/>
            <w:vAlign w:val="center"/>
          </w:tcPr>
          <w:p w14:paraId="603731D6" w14:textId="77777777" w:rsidR="00DE458F" w:rsidRPr="0088066B" w:rsidRDefault="0088066B" w:rsidP="0088066B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019XXXXXX66</w:t>
            </w:r>
          </w:p>
        </w:tc>
        <w:tc>
          <w:tcPr>
            <w:tcW w:w="2551" w:type="dxa"/>
            <w:vAlign w:val="center"/>
          </w:tcPr>
          <w:p w14:paraId="407FD222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02AD31B4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Rafael</w:t>
            </w:r>
          </w:p>
        </w:tc>
      </w:tr>
      <w:tr w:rsidR="00F11396" w14:paraId="5F88F179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645613A7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553CEB2C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Sadi Antônio Dambrós</w:t>
            </w:r>
          </w:p>
        </w:tc>
        <w:tc>
          <w:tcPr>
            <w:tcW w:w="1701" w:type="dxa"/>
            <w:vAlign w:val="center"/>
          </w:tcPr>
          <w:p w14:paraId="1D16DA57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591XXXXXX59</w:t>
            </w:r>
          </w:p>
        </w:tc>
        <w:tc>
          <w:tcPr>
            <w:tcW w:w="2551" w:type="dxa"/>
            <w:vAlign w:val="center"/>
          </w:tcPr>
          <w:p w14:paraId="10C30FE7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2645D1A8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José</w:t>
            </w:r>
          </w:p>
        </w:tc>
      </w:tr>
      <w:tr w:rsidR="00F11396" w14:paraId="4A9B0414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23A487D3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79FB6D76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Amanda Wouters Mack</w:t>
            </w:r>
          </w:p>
        </w:tc>
        <w:tc>
          <w:tcPr>
            <w:tcW w:w="1701" w:type="dxa"/>
            <w:vAlign w:val="center"/>
          </w:tcPr>
          <w:p w14:paraId="3DA33078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038XXXXXX88</w:t>
            </w:r>
          </w:p>
        </w:tc>
        <w:tc>
          <w:tcPr>
            <w:tcW w:w="2551" w:type="dxa"/>
            <w:vAlign w:val="center"/>
          </w:tcPr>
          <w:p w14:paraId="388734F3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36072173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Roque</w:t>
            </w:r>
          </w:p>
        </w:tc>
      </w:tr>
      <w:tr w:rsidR="00F11396" w14:paraId="42749BB6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37F86229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4EDA9224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Luciano Lesina Mascarin</w:t>
            </w:r>
          </w:p>
        </w:tc>
        <w:tc>
          <w:tcPr>
            <w:tcW w:w="1701" w:type="dxa"/>
            <w:vAlign w:val="center"/>
          </w:tcPr>
          <w:p w14:paraId="3225415A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035XXXXXX80</w:t>
            </w:r>
          </w:p>
        </w:tc>
        <w:tc>
          <w:tcPr>
            <w:tcW w:w="2551" w:type="dxa"/>
            <w:vAlign w:val="center"/>
          </w:tcPr>
          <w:p w14:paraId="5A48DE1B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387D856E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Picada dos Kaiser</w:t>
            </w:r>
          </w:p>
        </w:tc>
      </w:tr>
      <w:tr w:rsidR="00F11396" w14:paraId="4D42AB5A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0E866B4A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39" w:type="dxa"/>
            <w:vAlign w:val="center"/>
          </w:tcPr>
          <w:p w14:paraId="55CEA503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Fabrício Fragoso Vargas</w:t>
            </w:r>
          </w:p>
        </w:tc>
        <w:tc>
          <w:tcPr>
            <w:tcW w:w="1701" w:type="dxa"/>
            <w:vAlign w:val="center"/>
          </w:tcPr>
          <w:p w14:paraId="739D4797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019XXXXXX06</w:t>
            </w:r>
          </w:p>
        </w:tc>
        <w:tc>
          <w:tcPr>
            <w:tcW w:w="2551" w:type="dxa"/>
            <w:vAlign w:val="center"/>
          </w:tcPr>
          <w:p w14:paraId="73D07472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1F103EB7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Xavier</w:t>
            </w:r>
          </w:p>
        </w:tc>
      </w:tr>
      <w:tr w:rsidR="00F11396" w14:paraId="704B584A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11B4705E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39" w:type="dxa"/>
            <w:vAlign w:val="center"/>
          </w:tcPr>
          <w:p w14:paraId="5247835D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Odirlei Della Giustina</w:t>
            </w:r>
          </w:p>
        </w:tc>
        <w:tc>
          <w:tcPr>
            <w:tcW w:w="1701" w:type="dxa"/>
            <w:vAlign w:val="center"/>
          </w:tcPr>
          <w:p w14:paraId="1C876FFD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982XXXXXX68</w:t>
            </w:r>
          </w:p>
        </w:tc>
        <w:tc>
          <w:tcPr>
            <w:tcW w:w="2551" w:type="dxa"/>
            <w:vAlign w:val="center"/>
          </w:tcPr>
          <w:p w14:paraId="12DFF14A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34385616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Grama</w:t>
            </w:r>
          </w:p>
        </w:tc>
      </w:tr>
      <w:tr w:rsidR="00F11396" w14:paraId="737A4042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158707F8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39" w:type="dxa"/>
            <w:vAlign w:val="center"/>
          </w:tcPr>
          <w:p w14:paraId="78497CF2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Jair Fontana</w:t>
            </w:r>
          </w:p>
        </w:tc>
        <w:tc>
          <w:tcPr>
            <w:tcW w:w="1701" w:type="dxa"/>
            <w:vAlign w:val="center"/>
          </w:tcPr>
          <w:p w14:paraId="364B5789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643XXXXXX91</w:t>
            </w:r>
          </w:p>
        </w:tc>
        <w:tc>
          <w:tcPr>
            <w:tcW w:w="2551" w:type="dxa"/>
            <w:vAlign w:val="center"/>
          </w:tcPr>
          <w:p w14:paraId="0369F3C5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12B98D9B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Rincão dos Fontanas</w:t>
            </w:r>
          </w:p>
        </w:tc>
      </w:tr>
      <w:tr w:rsidR="00F11396" w14:paraId="7FB2CEC2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340012B9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439" w:type="dxa"/>
            <w:vAlign w:val="center"/>
          </w:tcPr>
          <w:p w14:paraId="01DB0885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Felipe Schultz</w:t>
            </w:r>
          </w:p>
        </w:tc>
        <w:tc>
          <w:tcPr>
            <w:tcW w:w="1701" w:type="dxa"/>
            <w:vAlign w:val="center"/>
          </w:tcPr>
          <w:p w14:paraId="4AE28A77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027XXXXXX40 </w:t>
            </w:r>
          </w:p>
        </w:tc>
        <w:tc>
          <w:tcPr>
            <w:tcW w:w="2551" w:type="dxa"/>
            <w:vAlign w:val="center"/>
          </w:tcPr>
          <w:p w14:paraId="6FE6E141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075C6C49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Sertão</w:t>
            </w:r>
          </w:p>
        </w:tc>
      </w:tr>
      <w:tr w:rsidR="00F11396" w14:paraId="7920749F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09B2E90F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439" w:type="dxa"/>
            <w:vAlign w:val="center"/>
          </w:tcPr>
          <w:p w14:paraId="2FA38C3D" w14:textId="77777777" w:rsidR="00DE458F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Marcio Frigo dos Santos</w:t>
            </w:r>
          </w:p>
        </w:tc>
        <w:tc>
          <w:tcPr>
            <w:tcW w:w="1701" w:type="dxa"/>
            <w:vAlign w:val="center"/>
          </w:tcPr>
          <w:p w14:paraId="3047C4F2" w14:textId="77777777" w:rsidR="00DE458F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005XXXXXX35 </w:t>
            </w:r>
          </w:p>
        </w:tc>
        <w:tc>
          <w:tcPr>
            <w:tcW w:w="2551" w:type="dxa"/>
            <w:vAlign w:val="center"/>
          </w:tcPr>
          <w:p w14:paraId="4C5B4803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64E67B98" w14:textId="77777777" w:rsidR="00DE458F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Demétrio Ribeiro</w:t>
            </w:r>
          </w:p>
        </w:tc>
      </w:tr>
      <w:tr w:rsidR="00F11396" w14:paraId="6FACA549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6D26E202" w14:textId="77777777" w:rsidR="005158A2" w:rsidRPr="40752D36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2439" w:type="dxa"/>
            <w:vAlign w:val="center"/>
          </w:tcPr>
          <w:p w14:paraId="07B9564C" w14:textId="77777777" w:rsidR="005158A2" w:rsidRPr="00DE458F" w:rsidRDefault="00DC723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Nilvo Pizzani</w:t>
            </w:r>
          </w:p>
        </w:tc>
        <w:tc>
          <w:tcPr>
            <w:tcW w:w="1701" w:type="dxa"/>
            <w:vAlign w:val="center"/>
          </w:tcPr>
          <w:p w14:paraId="6C3066EA" w14:textId="77777777" w:rsidR="005158A2" w:rsidRPr="00DE458F" w:rsidRDefault="0088066B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449XXXXXX91 </w:t>
            </w:r>
          </w:p>
        </w:tc>
        <w:tc>
          <w:tcPr>
            <w:tcW w:w="2551" w:type="dxa"/>
            <w:vAlign w:val="center"/>
          </w:tcPr>
          <w:p w14:paraId="17E91FE3" w14:textId="77777777" w:rsidR="005158A2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65790B20" w14:textId="77777777" w:rsidR="005158A2" w:rsidRPr="00DE458F" w:rsidRDefault="00781C80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Campestre</w:t>
            </w:r>
          </w:p>
        </w:tc>
      </w:tr>
    </w:tbl>
    <w:p w14:paraId="4D4DD97B" w14:textId="77777777" w:rsidR="002A3592" w:rsidRDefault="002A3592" w:rsidP="002A359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E9D162E" w14:textId="77777777" w:rsidR="00A36839" w:rsidRDefault="00F7116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t>Suplentes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F11396" w14:paraId="71D43B31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2B68BC07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6C021FCC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288ACB59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6FA7E0EF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166D153B" w14:textId="77777777" w:rsidR="00DE458F" w:rsidRDefault="00F7116C" w:rsidP="0060531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8B5987" w14:paraId="411B11C9" w14:textId="77777777" w:rsidTr="005F0710">
        <w:trPr>
          <w:trHeight w:val="340"/>
        </w:trPr>
        <w:tc>
          <w:tcPr>
            <w:tcW w:w="675" w:type="dxa"/>
            <w:vAlign w:val="center"/>
          </w:tcPr>
          <w:p w14:paraId="75EFC0EE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09C96D84" w14:textId="78832B37" w:rsidR="008B5987" w:rsidRPr="00DE458F" w:rsidRDefault="008B5987" w:rsidP="008B5987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Kaue Antonio Goulart Borsato</w:t>
            </w:r>
          </w:p>
        </w:tc>
        <w:tc>
          <w:tcPr>
            <w:tcW w:w="1701" w:type="dxa"/>
          </w:tcPr>
          <w:p w14:paraId="0F7B0898" w14:textId="0A319C90" w:rsidR="008B5987" w:rsidRPr="00DE458F" w:rsidRDefault="008B5987" w:rsidP="008B5987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7903EA">
              <w:rPr>
                <w:rFonts w:ascii="Arial" w:hAnsi="Arial" w:cs="Arial"/>
                <w:sz w:val="20"/>
              </w:rPr>
              <w:t>047******12</w:t>
            </w:r>
          </w:p>
        </w:tc>
        <w:tc>
          <w:tcPr>
            <w:tcW w:w="2551" w:type="dxa"/>
          </w:tcPr>
          <w:p w14:paraId="7E056610" w14:textId="1D979FB3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2370" w:type="dxa"/>
            <w:vAlign w:val="center"/>
          </w:tcPr>
          <w:p w14:paraId="30297284" w14:textId="3C6657A3" w:rsidR="008B5987" w:rsidRPr="00DE458F" w:rsidRDefault="008B5987" w:rsidP="008B5987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Linha Canoa</w:t>
            </w:r>
          </w:p>
        </w:tc>
      </w:tr>
      <w:tr w:rsidR="008B5987" w14:paraId="5BFF36ED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46863212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253BC584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Gian Peixoto Wouters</w:t>
            </w:r>
          </w:p>
        </w:tc>
        <w:tc>
          <w:tcPr>
            <w:tcW w:w="1701" w:type="dxa"/>
            <w:vAlign w:val="center"/>
          </w:tcPr>
          <w:p w14:paraId="01151ECA" w14:textId="77777777" w:rsidR="008B5987" w:rsidRPr="0088066B" w:rsidRDefault="008B5987" w:rsidP="008B5987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044XXXXXX54</w:t>
            </w:r>
          </w:p>
        </w:tc>
        <w:tc>
          <w:tcPr>
            <w:tcW w:w="2551" w:type="dxa"/>
            <w:vAlign w:val="center"/>
          </w:tcPr>
          <w:p w14:paraId="224AE9F3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2EFDDC75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José do Louro</w:t>
            </w:r>
          </w:p>
        </w:tc>
      </w:tr>
      <w:tr w:rsidR="008B5987" w14:paraId="2F9D2143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68EB100E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1CD3C52D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Flavio Reges Posser</w:t>
            </w:r>
          </w:p>
        </w:tc>
        <w:tc>
          <w:tcPr>
            <w:tcW w:w="1701" w:type="dxa"/>
            <w:vAlign w:val="center"/>
          </w:tcPr>
          <w:p w14:paraId="03400BE5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C0C0C0"/>
              </w:rPr>
              <w:t>969XXXXXX53 </w:t>
            </w:r>
          </w:p>
        </w:tc>
        <w:tc>
          <w:tcPr>
            <w:tcW w:w="2551" w:type="dxa"/>
            <w:vAlign w:val="center"/>
          </w:tcPr>
          <w:p w14:paraId="4B14FAAD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7EE19850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Boa Esperança</w:t>
            </w:r>
          </w:p>
        </w:tc>
      </w:tr>
      <w:tr w:rsidR="008B5987" w14:paraId="0B2412A7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3A11C5E8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56E22275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Veronica Becher</w:t>
            </w:r>
          </w:p>
        </w:tc>
        <w:tc>
          <w:tcPr>
            <w:tcW w:w="1701" w:type="dxa"/>
            <w:vAlign w:val="center"/>
          </w:tcPr>
          <w:p w14:paraId="3C50BFCA" w14:textId="77777777" w:rsidR="008B5987" w:rsidRPr="0088066B" w:rsidRDefault="008B5987" w:rsidP="008B5987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011XXXXXX81</w:t>
            </w:r>
          </w:p>
        </w:tc>
        <w:tc>
          <w:tcPr>
            <w:tcW w:w="2551" w:type="dxa"/>
            <w:vAlign w:val="center"/>
          </w:tcPr>
          <w:p w14:paraId="00DA87B2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Outros</w:t>
            </w:r>
          </w:p>
        </w:tc>
        <w:tc>
          <w:tcPr>
            <w:tcW w:w="2370" w:type="dxa"/>
            <w:vAlign w:val="center"/>
          </w:tcPr>
          <w:p w14:paraId="5A946CF0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Boa Esperança</w:t>
            </w:r>
          </w:p>
        </w:tc>
      </w:tr>
      <w:tr w:rsidR="008B5987" w14:paraId="783442B4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01EC38FC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5E52C462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Rozane Aparecida da Silva</w:t>
            </w:r>
          </w:p>
        </w:tc>
        <w:tc>
          <w:tcPr>
            <w:tcW w:w="1701" w:type="dxa"/>
            <w:vAlign w:val="center"/>
          </w:tcPr>
          <w:p w14:paraId="2844BD38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shd w:val="clear" w:color="auto" w:fill="F1F1F1"/>
              </w:rPr>
              <w:t>715XXXXXX04</w:t>
            </w:r>
          </w:p>
        </w:tc>
        <w:tc>
          <w:tcPr>
            <w:tcW w:w="2551" w:type="dxa"/>
            <w:vAlign w:val="center"/>
          </w:tcPr>
          <w:p w14:paraId="701BE11C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Outros</w:t>
            </w:r>
          </w:p>
        </w:tc>
        <w:tc>
          <w:tcPr>
            <w:tcW w:w="2370" w:type="dxa"/>
            <w:vAlign w:val="center"/>
          </w:tcPr>
          <w:p w14:paraId="7897F238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Roque</w:t>
            </w:r>
          </w:p>
        </w:tc>
      </w:tr>
      <w:tr w:rsidR="008B5987" w14:paraId="7C461C19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07EFF70B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39" w:type="dxa"/>
            <w:vAlign w:val="center"/>
          </w:tcPr>
          <w:p w14:paraId="1BE51A05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Maicon Rech</w:t>
            </w:r>
          </w:p>
        </w:tc>
        <w:tc>
          <w:tcPr>
            <w:tcW w:w="1701" w:type="dxa"/>
            <w:vAlign w:val="center"/>
          </w:tcPr>
          <w:p w14:paraId="3F23EE0F" w14:textId="77777777" w:rsidR="008B5987" w:rsidRDefault="008B5987" w:rsidP="008B5987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033XXXXXX05</w:t>
            </w:r>
          </w:p>
          <w:p w14:paraId="607090C9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596F58F8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Fumo</w:t>
            </w:r>
          </w:p>
        </w:tc>
        <w:tc>
          <w:tcPr>
            <w:tcW w:w="2370" w:type="dxa"/>
            <w:vAlign w:val="center"/>
          </w:tcPr>
          <w:p w14:paraId="1FB4F5CA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Pinheirinho</w:t>
            </w:r>
          </w:p>
        </w:tc>
      </w:tr>
      <w:tr w:rsidR="008B5987" w14:paraId="07A30CB1" w14:textId="77777777" w:rsidTr="0060531E">
        <w:trPr>
          <w:trHeight w:val="340"/>
        </w:trPr>
        <w:tc>
          <w:tcPr>
            <w:tcW w:w="675" w:type="dxa"/>
            <w:vAlign w:val="center"/>
          </w:tcPr>
          <w:p w14:paraId="28B0E37E" w14:textId="77777777" w:rsidR="008B5987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39" w:type="dxa"/>
            <w:vAlign w:val="center"/>
          </w:tcPr>
          <w:p w14:paraId="25142EB8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Rodrigo Alves</w:t>
            </w:r>
          </w:p>
        </w:tc>
        <w:tc>
          <w:tcPr>
            <w:tcW w:w="1701" w:type="dxa"/>
            <w:vAlign w:val="center"/>
          </w:tcPr>
          <w:p w14:paraId="1251096F" w14:textId="77777777" w:rsidR="008B5987" w:rsidRPr="00F06739" w:rsidRDefault="008B5987" w:rsidP="008B5987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016XXXXXX04</w:t>
            </w:r>
          </w:p>
        </w:tc>
        <w:tc>
          <w:tcPr>
            <w:tcW w:w="2551" w:type="dxa"/>
            <w:vAlign w:val="center"/>
          </w:tcPr>
          <w:p w14:paraId="49E3B0D4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Pecuária de corte</w:t>
            </w:r>
          </w:p>
        </w:tc>
        <w:tc>
          <w:tcPr>
            <w:tcW w:w="2370" w:type="dxa"/>
            <w:vAlign w:val="center"/>
          </w:tcPr>
          <w:p w14:paraId="3F039620" w14:textId="77777777" w:rsidR="008B5987" w:rsidRPr="00DE458F" w:rsidRDefault="008B5987" w:rsidP="008B5987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Rincão dos Fontana</w:t>
            </w:r>
          </w:p>
        </w:tc>
      </w:tr>
    </w:tbl>
    <w:p w14:paraId="152A8538" w14:textId="77777777" w:rsidR="40752D36" w:rsidRDefault="40752D36" w:rsidP="40752D3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B45818C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lastRenderedPageBreak/>
        <w:t>7</w:t>
      </w:r>
      <w:r w:rsidR="6E918F10" w:rsidRPr="40752D36">
        <w:rPr>
          <w:rFonts w:ascii="Arial" w:hAnsi="Arial" w:cs="Arial"/>
          <w:b/>
          <w:bCs/>
          <w:sz w:val="22"/>
          <w:szCs w:val="22"/>
        </w:rPr>
        <w:t>. Publicidade e Encaminhamentos</w:t>
      </w:r>
    </w:p>
    <w:p w14:paraId="5487A748" w14:textId="77777777" w:rsidR="00A36839" w:rsidRPr="00A36839" w:rsidRDefault="00F7116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O Conselho deliberou pela publicação da lista dos beneficiários selecionados </w:t>
      </w:r>
      <w:r w:rsidRPr="002C5A97">
        <w:rPr>
          <w:rFonts w:ascii="Arial" w:hAnsi="Arial" w:cs="Arial"/>
          <w:sz w:val="22"/>
          <w:szCs w:val="22"/>
        </w:rPr>
        <w:t>no mural da Prefeitura Municipal e/ou em outros meios públicos locais</w:t>
      </w:r>
      <w:r w:rsidR="002C5A97" w:rsidRPr="002C5A97">
        <w:rPr>
          <w:rFonts w:ascii="Arial" w:hAnsi="Arial" w:cs="Arial"/>
          <w:sz w:val="22"/>
          <w:szCs w:val="22"/>
        </w:rPr>
        <w:t>, site oficial da Prefeitura Municipal</w:t>
      </w:r>
      <w:r w:rsidR="002C5A97">
        <w:rPr>
          <w:rFonts w:ascii="Arial" w:hAnsi="Arial" w:cs="Arial"/>
          <w:sz w:val="22"/>
          <w:szCs w:val="22"/>
        </w:rPr>
        <w:t xml:space="preserve"> (https://mata.rs.gov.br)</w:t>
      </w:r>
      <w:r w:rsidRPr="40752D36">
        <w:rPr>
          <w:rFonts w:ascii="Arial" w:hAnsi="Arial" w:cs="Arial"/>
          <w:sz w:val="22"/>
          <w:szCs w:val="22"/>
        </w:rPr>
        <w:t>, pelo prazo de cinco (5) dias úteis, para conhecimento da população e apresentação de eventuais recursos.</w:t>
      </w:r>
    </w:p>
    <w:p w14:paraId="732963AC" w14:textId="77777777" w:rsidR="00A36839" w:rsidRPr="00A36839" w:rsidRDefault="00F7116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N</w:t>
      </w:r>
      <w:r w:rsidR="6E918F10" w:rsidRPr="40752D36">
        <w:rPr>
          <w:rFonts w:ascii="Arial" w:hAnsi="Arial" w:cs="Arial"/>
          <w:sz w:val="22"/>
          <w:szCs w:val="22"/>
        </w:rPr>
        <w:t xml:space="preserve">ão havendo contestações </w:t>
      </w:r>
      <w:r w:rsidR="1869B7A0" w:rsidRPr="40752D36">
        <w:rPr>
          <w:rFonts w:ascii="Arial" w:hAnsi="Arial" w:cs="Arial"/>
          <w:sz w:val="22"/>
          <w:szCs w:val="22"/>
        </w:rPr>
        <w:t xml:space="preserve">no período previsto, </w:t>
      </w:r>
      <w:r w:rsidR="6E918F10" w:rsidRPr="40752D36">
        <w:rPr>
          <w:rFonts w:ascii="Arial" w:hAnsi="Arial" w:cs="Arial"/>
          <w:sz w:val="22"/>
          <w:szCs w:val="22"/>
        </w:rPr>
        <w:t xml:space="preserve">a listagem </w:t>
      </w:r>
      <w:r w:rsidR="77383718" w:rsidRPr="40752D36">
        <w:rPr>
          <w:rFonts w:ascii="Arial" w:hAnsi="Arial" w:cs="Arial"/>
          <w:sz w:val="22"/>
          <w:szCs w:val="22"/>
        </w:rPr>
        <w:t>que consta</w:t>
      </w:r>
      <w:r w:rsidR="4A0916B5" w:rsidRPr="40752D36">
        <w:rPr>
          <w:rFonts w:ascii="Arial" w:hAnsi="Arial" w:cs="Arial"/>
          <w:sz w:val="22"/>
          <w:szCs w:val="22"/>
        </w:rPr>
        <w:t xml:space="preserve"> nesta ata</w:t>
      </w:r>
      <w:r w:rsidR="28AFE97E" w:rsidRPr="40752D36">
        <w:rPr>
          <w:rFonts w:ascii="Arial" w:hAnsi="Arial" w:cs="Arial"/>
          <w:sz w:val="22"/>
          <w:szCs w:val="22"/>
        </w:rPr>
        <w:t xml:space="preserve"> </w:t>
      </w:r>
      <w:r w:rsidR="6E918F10" w:rsidRPr="40752D36">
        <w:rPr>
          <w:rFonts w:ascii="Arial" w:hAnsi="Arial" w:cs="Arial"/>
          <w:sz w:val="22"/>
          <w:szCs w:val="22"/>
        </w:rPr>
        <w:t>homologa</w:t>
      </w:r>
      <w:r w:rsidR="6F5F154D" w:rsidRPr="40752D36">
        <w:rPr>
          <w:rFonts w:ascii="Arial" w:hAnsi="Arial" w:cs="Arial"/>
          <w:sz w:val="22"/>
          <w:szCs w:val="22"/>
        </w:rPr>
        <w:t xml:space="preserve"> os beneficiários</w:t>
      </w:r>
      <w:r w:rsidR="00DE458F">
        <w:rPr>
          <w:rFonts w:ascii="Arial" w:hAnsi="Arial" w:cs="Arial"/>
          <w:sz w:val="22"/>
          <w:szCs w:val="22"/>
        </w:rPr>
        <w:t xml:space="preserve"> selecionados</w:t>
      </w:r>
      <w:r w:rsidR="3AA248F0" w:rsidRPr="40752D36">
        <w:rPr>
          <w:rFonts w:ascii="Arial" w:hAnsi="Arial" w:cs="Arial"/>
          <w:sz w:val="22"/>
          <w:szCs w:val="22"/>
        </w:rPr>
        <w:t xml:space="preserve">. </w:t>
      </w:r>
    </w:p>
    <w:p w14:paraId="15E1BA9E" w14:textId="77777777" w:rsidR="40752D36" w:rsidRDefault="40752D36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FC0FFEA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8</w:t>
      </w:r>
      <w:r w:rsidR="6E918F10" w:rsidRPr="40752D36">
        <w:rPr>
          <w:rFonts w:ascii="Arial" w:hAnsi="Arial" w:cs="Arial"/>
          <w:b/>
          <w:bCs/>
          <w:sz w:val="22"/>
          <w:szCs w:val="22"/>
        </w:rPr>
        <w:t>. Encerramento</w:t>
      </w:r>
    </w:p>
    <w:p w14:paraId="7A26768A" w14:textId="77777777" w:rsidR="00A36839" w:rsidRPr="00A36839" w:rsidRDefault="00F7116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Nada mais havendo a tratar, a presente ata foi lavrada e lida, sendo aprovada por todos os presentes.</w:t>
      </w:r>
      <w:r w:rsidR="4B291588" w:rsidRPr="40752D36">
        <w:rPr>
          <w:rFonts w:ascii="Arial" w:hAnsi="Arial" w:cs="Arial"/>
          <w:sz w:val="22"/>
          <w:szCs w:val="22"/>
        </w:rPr>
        <w:t xml:space="preserve"> </w:t>
      </w:r>
    </w:p>
    <w:p w14:paraId="309E97BA" w14:textId="77777777" w:rsidR="00A36839" w:rsidRPr="00A36839" w:rsidRDefault="00F7116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C5A97">
        <w:rPr>
          <w:rFonts w:ascii="Arial" w:hAnsi="Arial" w:cs="Arial"/>
          <w:sz w:val="22"/>
          <w:szCs w:val="22"/>
        </w:rPr>
        <w:t>A presente ata tem igual teor à que consta no livro físico de registros.</w:t>
      </w:r>
    </w:p>
    <w:p w14:paraId="4F2F7D55" w14:textId="77777777" w:rsidR="00A36839" w:rsidRPr="00A36839" w:rsidRDefault="00A36839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E7F9A5" w14:textId="77777777" w:rsidR="00A36839" w:rsidRPr="00A36839" w:rsidRDefault="00F7116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Para constar, assinam a seguir:</w:t>
      </w:r>
    </w:p>
    <w:p w14:paraId="3D6131FE" w14:textId="77777777" w:rsidR="00BA6007" w:rsidRPr="00BA6007" w:rsidRDefault="00BA6007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4C7AB46" w14:textId="77777777" w:rsidR="00BA6007" w:rsidRPr="00BA6007" w:rsidRDefault="00F7116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Presidente do Conselho: _____</w:t>
      </w:r>
      <w:r w:rsidR="007E8F00" w:rsidRPr="00DE458F">
        <w:rPr>
          <w:rFonts w:ascii="Arial" w:hAnsi="Arial" w:cs="Arial"/>
          <w:sz w:val="22"/>
          <w:szCs w:val="22"/>
          <w:highlight w:val="yellow"/>
        </w:rPr>
        <w:t>ASSINATURA DIGITAL</w:t>
      </w:r>
      <w:r w:rsidRPr="40752D36">
        <w:rPr>
          <w:rFonts w:ascii="Arial" w:hAnsi="Arial" w:cs="Arial"/>
          <w:sz w:val="22"/>
          <w:szCs w:val="22"/>
        </w:rPr>
        <w:t>_________________________</w:t>
      </w:r>
      <w:r w:rsidR="00A36839">
        <w:br/>
      </w:r>
    </w:p>
    <w:p w14:paraId="0B0279A5" w14:textId="77777777" w:rsidR="00BA6007" w:rsidRPr="00BA6007" w:rsidRDefault="00F7116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Secretário Municipal da Agricultura: _</w:t>
      </w:r>
      <w:r w:rsidR="00DE458F">
        <w:rPr>
          <w:rFonts w:ascii="Arial" w:hAnsi="Arial" w:cs="Arial"/>
          <w:sz w:val="22"/>
          <w:szCs w:val="22"/>
        </w:rPr>
        <w:t>_____</w:t>
      </w:r>
      <w:r w:rsidR="007E8F00" w:rsidRPr="00DE458F">
        <w:rPr>
          <w:rFonts w:ascii="Arial" w:hAnsi="Arial" w:cs="Arial"/>
          <w:sz w:val="22"/>
          <w:szCs w:val="22"/>
          <w:highlight w:val="yellow"/>
        </w:rPr>
        <w:t>ASSINATURA DIGITAL</w:t>
      </w:r>
      <w:r w:rsidRPr="40752D36">
        <w:rPr>
          <w:rFonts w:ascii="Arial" w:hAnsi="Arial" w:cs="Arial"/>
          <w:sz w:val="22"/>
          <w:szCs w:val="22"/>
        </w:rPr>
        <w:t>________________________</w:t>
      </w:r>
      <w:r w:rsidR="00A36839">
        <w:br/>
      </w:r>
    </w:p>
    <w:p w14:paraId="790160EA" w14:textId="77777777" w:rsidR="00A36839" w:rsidRDefault="00F7116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Chefe do Escritório Municipal da Emater/RS-Ascar: </w:t>
      </w:r>
      <w:r w:rsidR="00DE458F">
        <w:rPr>
          <w:rFonts w:ascii="Arial" w:hAnsi="Arial" w:cs="Arial"/>
          <w:sz w:val="22"/>
          <w:szCs w:val="22"/>
        </w:rPr>
        <w:t>_____</w:t>
      </w:r>
      <w:r w:rsidR="007E8F00" w:rsidRPr="00DE458F">
        <w:rPr>
          <w:rFonts w:ascii="Arial" w:hAnsi="Arial" w:cs="Arial"/>
          <w:sz w:val="22"/>
          <w:szCs w:val="22"/>
          <w:highlight w:val="yellow"/>
        </w:rPr>
        <w:t>ASSINATURA DIGITAL</w:t>
      </w:r>
      <w:r w:rsidRPr="40752D36">
        <w:rPr>
          <w:rFonts w:ascii="Arial" w:hAnsi="Arial" w:cs="Arial"/>
          <w:sz w:val="22"/>
          <w:szCs w:val="22"/>
        </w:rPr>
        <w:t>____________</w:t>
      </w:r>
      <w:r>
        <w:br/>
      </w:r>
    </w:p>
    <w:p w14:paraId="44EFF721" w14:textId="77777777" w:rsidR="00B7459C" w:rsidRDefault="00B7459C" w:rsidP="00B7459C">
      <w:pPr>
        <w:pStyle w:val="Ttulo1"/>
      </w:pPr>
      <w:r>
        <w:t>Relação de Participantes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440"/>
        <w:gridCol w:w="1806"/>
        <w:gridCol w:w="1440"/>
        <w:gridCol w:w="1440"/>
        <w:gridCol w:w="1528"/>
        <w:gridCol w:w="1440"/>
      </w:tblGrid>
      <w:tr w:rsidR="00B7459C" w:rsidRPr="007903EA" w14:paraId="77E4FDC2" w14:textId="77777777" w:rsidTr="0029439B">
        <w:tc>
          <w:tcPr>
            <w:tcW w:w="1440" w:type="dxa"/>
          </w:tcPr>
          <w:p w14:paraId="44E88C1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Nº</w:t>
            </w:r>
          </w:p>
        </w:tc>
        <w:tc>
          <w:tcPr>
            <w:tcW w:w="1440" w:type="dxa"/>
          </w:tcPr>
          <w:p w14:paraId="28527B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Nome</w:t>
            </w:r>
          </w:p>
        </w:tc>
        <w:tc>
          <w:tcPr>
            <w:tcW w:w="1440" w:type="dxa"/>
          </w:tcPr>
          <w:p w14:paraId="7F5DE1A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CPF</w:t>
            </w:r>
          </w:p>
        </w:tc>
        <w:tc>
          <w:tcPr>
            <w:tcW w:w="1440" w:type="dxa"/>
          </w:tcPr>
          <w:p w14:paraId="4FA76BE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Atividade</w:t>
            </w:r>
          </w:p>
        </w:tc>
        <w:tc>
          <w:tcPr>
            <w:tcW w:w="1440" w:type="dxa"/>
          </w:tcPr>
          <w:p w14:paraId="64E4919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Localidade</w:t>
            </w:r>
          </w:p>
        </w:tc>
        <w:tc>
          <w:tcPr>
            <w:tcW w:w="1440" w:type="dxa"/>
          </w:tcPr>
          <w:p w14:paraId="2FB2C2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Habilitação</w:t>
            </w:r>
          </w:p>
        </w:tc>
      </w:tr>
      <w:tr w:rsidR="00B7459C" w:rsidRPr="007903EA" w14:paraId="00432715" w14:textId="77777777" w:rsidTr="0029439B">
        <w:tc>
          <w:tcPr>
            <w:tcW w:w="1440" w:type="dxa"/>
          </w:tcPr>
          <w:p w14:paraId="26E7F16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440" w:type="dxa"/>
          </w:tcPr>
          <w:p w14:paraId="2B25459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ANDERSON STUKER</w:t>
            </w:r>
          </w:p>
        </w:tc>
        <w:tc>
          <w:tcPr>
            <w:tcW w:w="1440" w:type="dxa"/>
          </w:tcPr>
          <w:p w14:paraId="4FEBF3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039******97</w:t>
            </w:r>
          </w:p>
        </w:tc>
        <w:tc>
          <w:tcPr>
            <w:tcW w:w="1440" w:type="dxa"/>
          </w:tcPr>
          <w:p w14:paraId="29E82A3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AA8883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</w:rPr>
              <w:t>SERTÃ</w:t>
            </w:r>
            <w:r w:rsidRPr="007903EA">
              <w:rPr>
                <w:rFonts w:ascii="Arial" w:hAnsi="Arial" w:cs="Arial"/>
                <w:sz w:val="20"/>
              </w:rPr>
              <w:t>O</w:t>
            </w:r>
          </w:p>
        </w:tc>
        <w:tc>
          <w:tcPr>
            <w:tcW w:w="1440" w:type="dxa"/>
          </w:tcPr>
          <w:p w14:paraId="3E7DEEE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045D157" w14:textId="77777777" w:rsidTr="0029439B">
        <w:tc>
          <w:tcPr>
            <w:tcW w:w="1440" w:type="dxa"/>
          </w:tcPr>
          <w:p w14:paraId="2B3EFA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440" w:type="dxa"/>
          </w:tcPr>
          <w:p w14:paraId="2A11E28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ADRIANA FLIGUIERO MALGARIN</w:t>
            </w:r>
          </w:p>
        </w:tc>
        <w:tc>
          <w:tcPr>
            <w:tcW w:w="1440" w:type="dxa"/>
          </w:tcPr>
          <w:p w14:paraId="0B2D29E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011******20</w:t>
            </w:r>
          </w:p>
        </w:tc>
        <w:tc>
          <w:tcPr>
            <w:tcW w:w="1440" w:type="dxa"/>
          </w:tcPr>
          <w:p w14:paraId="5EACF48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leite</w:t>
            </w:r>
          </w:p>
        </w:tc>
        <w:tc>
          <w:tcPr>
            <w:tcW w:w="1440" w:type="dxa"/>
          </w:tcPr>
          <w:p w14:paraId="2C2DE40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</w:rPr>
              <w:t>SÃ</w:t>
            </w:r>
            <w:r w:rsidRPr="007903EA">
              <w:rPr>
                <w:rFonts w:ascii="Arial" w:hAnsi="Arial" w:cs="Arial"/>
                <w:sz w:val="20"/>
              </w:rPr>
              <w:t>O RAFAEL</w:t>
            </w:r>
          </w:p>
        </w:tc>
        <w:tc>
          <w:tcPr>
            <w:tcW w:w="1440" w:type="dxa"/>
          </w:tcPr>
          <w:p w14:paraId="77923D4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D0E9D04" w14:textId="77777777" w:rsidTr="0029439B">
        <w:tc>
          <w:tcPr>
            <w:tcW w:w="1440" w:type="dxa"/>
          </w:tcPr>
          <w:p w14:paraId="517CDCE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440" w:type="dxa"/>
          </w:tcPr>
          <w:p w14:paraId="3E32A19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JAIME ORLANDI</w:t>
            </w:r>
          </w:p>
        </w:tc>
        <w:tc>
          <w:tcPr>
            <w:tcW w:w="1440" w:type="dxa"/>
          </w:tcPr>
          <w:p w14:paraId="376F0A3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544******10</w:t>
            </w:r>
          </w:p>
        </w:tc>
        <w:tc>
          <w:tcPr>
            <w:tcW w:w="1440" w:type="dxa"/>
          </w:tcPr>
          <w:p w14:paraId="39E85F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Fruticultura</w:t>
            </w:r>
          </w:p>
        </w:tc>
        <w:tc>
          <w:tcPr>
            <w:tcW w:w="1440" w:type="dxa"/>
          </w:tcPr>
          <w:p w14:paraId="22A4010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CAPOEIRA</w:t>
            </w:r>
          </w:p>
        </w:tc>
        <w:tc>
          <w:tcPr>
            <w:tcW w:w="1440" w:type="dxa"/>
          </w:tcPr>
          <w:p w14:paraId="08C809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6F53CA3" w14:textId="77777777" w:rsidTr="0029439B">
        <w:tc>
          <w:tcPr>
            <w:tcW w:w="1440" w:type="dxa"/>
          </w:tcPr>
          <w:p w14:paraId="34AA95F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440" w:type="dxa"/>
          </w:tcPr>
          <w:p w14:paraId="0F490E9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MOIGINER ZANATA BIZUIN</w:t>
            </w:r>
          </w:p>
        </w:tc>
        <w:tc>
          <w:tcPr>
            <w:tcW w:w="1440" w:type="dxa"/>
          </w:tcPr>
          <w:p w14:paraId="00C0634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911******04</w:t>
            </w:r>
          </w:p>
        </w:tc>
        <w:tc>
          <w:tcPr>
            <w:tcW w:w="1440" w:type="dxa"/>
          </w:tcPr>
          <w:p w14:paraId="6FACB69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Olericultura</w:t>
            </w:r>
          </w:p>
        </w:tc>
        <w:tc>
          <w:tcPr>
            <w:tcW w:w="1440" w:type="dxa"/>
          </w:tcPr>
          <w:p w14:paraId="4FE6847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5975CAE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1E66C93" w14:textId="77777777" w:rsidTr="0029439B">
        <w:tc>
          <w:tcPr>
            <w:tcW w:w="1440" w:type="dxa"/>
          </w:tcPr>
          <w:p w14:paraId="5923E85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440" w:type="dxa"/>
          </w:tcPr>
          <w:p w14:paraId="51955B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VALTER LAZZARI DE DAVID</w:t>
            </w:r>
          </w:p>
        </w:tc>
        <w:tc>
          <w:tcPr>
            <w:tcW w:w="1440" w:type="dxa"/>
          </w:tcPr>
          <w:p w14:paraId="69E3133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164******68</w:t>
            </w:r>
          </w:p>
        </w:tc>
        <w:tc>
          <w:tcPr>
            <w:tcW w:w="1440" w:type="dxa"/>
          </w:tcPr>
          <w:p w14:paraId="4763F7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112F6C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CAMPESTRE</w:t>
            </w:r>
          </w:p>
        </w:tc>
        <w:tc>
          <w:tcPr>
            <w:tcW w:w="1440" w:type="dxa"/>
          </w:tcPr>
          <w:p w14:paraId="2F92E8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39A37B3" w14:textId="77777777" w:rsidTr="0029439B">
        <w:tc>
          <w:tcPr>
            <w:tcW w:w="1440" w:type="dxa"/>
          </w:tcPr>
          <w:p w14:paraId="6FE0096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1440" w:type="dxa"/>
          </w:tcPr>
          <w:p w14:paraId="00D4E7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CLAUDEMIR SANTO PIERINI</w:t>
            </w:r>
          </w:p>
        </w:tc>
        <w:tc>
          <w:tcPr>
            <w:tcW w:w="1440" w:type="dxa"/>
          </w:tcPr>
          <w:p w14:paraId="02C0AB9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582******72</w:t>
            </w:r>
          </w:p>
        </w:tc>
        <w:tc>
          <w:tcPr>
            <w:tcW w:w="1440" w:type="dxa"/>
          </w:tcPr>
          <w:p w14:paraId="348417F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Fruticultura</w:t>
            </w:r>
          </w:p>
        </w:tc>
        <w:tc>
          <w:tcPr>
            <w:tcW w:w="1440" w:type="dxa"/>
          </w:tcPr>
          <w:p w14:paraId="4A97A4E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369EC2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4957FB2" w14:textId="77777777" w:rsidTr="0029439B">
        <w:tc>
          <w:tcPr>
            <w:tcW w:w="1440" w:type="dxa"/>
          </w:tcPr>
          <w:p w14:paraId="4E57826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1440" w:type="dxa"/>
          </w:tcPr>
          <w:p w14:paraId="0E3281F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LAURO HAESBAERT</w:t>
            </w:r>
          </w:p>
        </w:tc>
        <w:tc>
          <w:tcPr>
            <w:tcW w:w="1440" w:type="dxa"/>
          </w:tcPr>
          <w:p w14:paraId="42B16ED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165******91</w:t>
            </w:r>
          </w:p>
        </w:tc>
        <w:tc>
          <w:tcPr>
            <w:tcW w:w="1440" w:type="dxa"/>
          </w:tcPr>
          <w:p w14:paraId="2BF64D8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30A087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52F2B84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363B731" w14:textId="77777777" w:rsidTr="0029439B">
        <w:tc>
          <w:tcPr>
            <w:tcW w:w="1440" w:type="dxa"/>
          </w:tcPr>
          <w:p w14:paraId="3650B7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8</w:t>
            </w:r>
          </w:p>
        </w:tc>
        <w:tc>
          <w:tcPr>
            <w:tcW w:w="1440" w:type="dxa"/>
          </w:tcPr>
          <w:p w14:paraId="518BD4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RODRIGO ALVES</w:t>
            </w:r>
          </w:p>
        </w:tc>
        <w:tc>
          <w:tcPr>
            <w:tcW w:w="1440" w:type="dxa"/>
          </w:tcPr>
          <w:p w14:paraId="7C55BE5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016******04</w:t>
            </w:r>
          </w:p>
        </w:tc>
        <w:tc>
          <w:tcPr>
            <w:tcW w:w="1440" w:type="dxa"/>
          </w:tcPr>
          <w:p w14:paraId="007507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24B9DDE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RINCãO DOS FONTANAS</w:t>
            </w:r>
          </w:p>
        </w:tc>
        <w:tc>
          <w:tcPr>
            <w:tcW w:w="1440" w:type="dxa"/>
          </w:tcPr>
          <w:p w14:paraId="0981CB5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70533B1" w14:textId="77777777" w:rsidTr="0029439B">
        <w:tc>
          <w:tcPr>
            <w:tcW w:w="1440" w:type="dxa"/>
          </w:tcPr>
          <w:p w14:paraId="3377B36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1440" w:type="dxa"/>
          </w:tcPr>
          <w:p w14:paraId="122B059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DOELI DE DAVID</w:t>
            </w:r>
          </w:p>
        </w:tc>
        <w:tc>
          <w:tcPr>
            <w:tcW w:w="1440" w:type="dxa"/>
          </w:tcPr>
          <w:p w14:paraId="17820CA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711******91</w:t>
            </w:r>
          </w:p>
        </w:tc>
        <w:tc>
          <w:tcPr>
            <w:tcW w:w="1440" w:type="dxa"/>
          </w:tcPr>
          <w:p w14:paraId="732D4A1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B80879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7CDE4B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E7AB92A" w14:textId="77777777" w:rsidTr="0029439B">
        <w:tc>
          <w:tcPr>
            <w:tcW w:w="1440" w:type="dxa"/>
          </w:tcPr>
          <w:p w14:paraId="1D9CF4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1440" w:type="dxa"/>
          </w:tcPr>
          <w:p w14:paraId="295BCA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ODIRLEI VICENTE DELLA GIUSTINA</w:t>
            </w:r>
          </w:p>
        </w:tc>
        <w:tc>
          <w:tcPr>
            <w:tcW w:w="1440" w:type="dxa"/>
          </w:tcPr>
          <w:p w14:paraId="41801C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982******68</w:t>
            </w:r>
          </w:p>
        </w:tc>
        <w:tc>
          <w:tcPr>
            <w:tcW w:w="1440" w:type="dxa"/>
          </w:tcPr>
          <w:p w14:paraId="6AD40D4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40E8EF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GRAMA</w:t>
            </w:r>
          </w:p>
        </w:tc>
        <w:tc>
          <w:tcPr>
            <w:tcW w:w="1440" w:type="dxa"/>
          </w:tcPr>
          <w:p w14:paraId="1D8FBE0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33BE64A" w14:textId="77777777" w:rsidTr="0029439B">
        <w:tc>
          <w:tcPr>
            <w:tcW w:w="1440" w:type="dxa"/>
          </w:tcPr>
          <w:p w14:paraId="351E3BD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1440" w:type="dxa"/>
          </w:tcPr>
          <w:p w14:paraId="63E9F70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DONISETE HOHEMBERGER</w:t>
            </w:r>
          </w:p>
        </w:tc>
        <w:tc>
          <w:tcPr>
            <w:tcW w:w="1440" w:type="dxa"/>
          </w:tcPr>
          <w:p w14:paraId="21B5A3A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562******91</w:t>
            </w:r>
          </w:p>
        </w:tc>
        <w:tc>
          <w:tcPr>
            <w:tcW w:w="1440" w:type="dxa"/>
          </w:tcPr>
          <w:p w14:paraId="5054F42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6280B0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293C23F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D396665" w14:textId="77777777" w:rsidTr="0029439B">
        <w:tc>
          <w:tcPr>
            <w:tcW w:w="1440" w:type="dxa"/>
          </w:tcPr>
          <w:p w14:paraId="2BFE63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1440" w:type="dxa"/>
          </w:tcPr>
          <w:p w14:paraId="593CDF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IRENO FãO DA SILVA</w:t>
            </w:r>
          </w:p>
        </w:tc>
        <w:tc>
          <w:tcPr>
            <w:tcW w:w="1440" w:type="dxa"/>
          </w:tcPr>
          <w:p w14:paraId="0F6391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255******20</w:t>
            </w:r>
          </w:p>
        </w:tc>
        <w:tc>
          <w:tcPr>
            <w:tcW w:w="1440" w:type="dxa"/>
          </w:tcPr>
          <w:p w14:paraId="79DDFBE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415CC3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6348718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F9877E2" w14:textId="77777777" w:rsidTr="0029439B">
        <w:tc>
          <w:tcPr>
            <w:tcW w:w="1440" w:type="dxa"/>
          </w:tcPr>
          <w:p w14:paraId="4E1A1CA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1440" w:type="dxa"/>
          </w:tcPr>
          <w:p w14:paraId="5ACA75D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ALEX BRAUNER</w:t>
            </w:r>
          </w:p>
        </w:tc>
        <w:tc>
          <w:tcPr>
            <w:tcW w:w="1440" w:type="dxa"/>
          </w:tcPr>
          <w:p w14:paraId="241833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970******20</w:t>
            </w:r>
          </w:p>
        </w:tc>
        <w:tc>
          <w:tcPr>
            <w:tcW w:w="1440" w:type="dxa"/>
          </w:tcPr>
          <w:p w14:paraId="4F6BEB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7A2B87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72EFAB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9FCA550" w14:textId="77777777" w:rsidTr="0029439B">
        <w:tc>
          <w:tcPr>
            <w:tcW w:w="1440" w:type="dxa"/>
          </w:tcPr>
          <w:p w14:paraId="473C1A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1440" w:type="dxa"/>
          </w:tcPr>
          <w:p w14:paraId="67C055C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LUIZ BUZATI MURINI</w:t>
            </w:r>
          </w:p>
        </w:tc>
        <w:tc>
          <w:tcPr>
            <w:tcW w:w="1440" w:type="dxa"/>
          </w:tcPr>
          <w:p w14:paraId="58A803E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177******49</w:t>
            </w:r>
          </w:p>
        </w:tc>
        <w:tc>
          <w:tcPr>
            <w:tcW w:w="1440" w:type="dxa"/>
          </w:tcPr>
          <w:p w14:paraId="40AA360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CE8134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4E381EA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F1AA769" w14:textId="77777777" w:rsidTr="0029439B">
        <w:tc>
          <w:tcPr>
            <w:tcW w:w="1440" w:type="dxa"/>
          </w:tcPr>
          <w:p w14:paraId="4C5ED43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1440" w:type="dxa"/>
          </w:tcPr>
          <w:p w14:paraId="6CFF256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BRUNO BRAUNER</w:t>
            </w:r>
          </w:p>
        </w:tc>
        <w:tc>
          <w:tcPr>
            <w:tcW w:w="1440" w:type="dxa"/>
          </w:tcPr>
          <w:p w14:paraId="1349E25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019******93</w:t>
            </w:r>
          </w:p>
        </w:tc>
        <w:tc>
          <w:tcPr>
            <w:tcW w:w="1440" w:type="dxa"/>
          </w:tcPr>
          <w:p w14:paraId="147BFC7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73904BA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01B3F06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41C6732" w14:textId="77777777" w:rsidTr="0029439B">
        <w:tc>
          <w:tcPr>
            <w:tcW w:w="1440" w:type="dxa"/>
          </w:tcPr>
          <w:p w14:paraId="6C955AF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1440" w:type="dxa"/>
          </w:tcPr>
          <w:p w14:paraId="38D05F4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MAURíCIO TASCHETTO</w:t>
            </w:r>
          </w:p>
        </w:tc>
        <w:tc>
          <w:tcPr>
            <w:tcW w:w="1440" w:type="dxa"/>
          </w:tcPr>
          <w:p w14:paraId="2CE3BF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900******87</w:t>
            </w:r>
          </w:p>
        </w:tc>
        <w:tc>
          <w:tcPr>
            <w:tcW w:w="1440" w:type="dxa"/>
          </w:tcPr>
          <w:p w14:paraId="382E89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C55F56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38B49D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0A43DFF" w14:textId="77777777" w:rsidTr="0029439B">
        <w:tc>
          <w:tcPr>
            <w:tcW w:w="1440" w:type="dxa"/>
          </w:tcPr>
          <w:p w14:paraId="50AF9C9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1440" w:type="dxa"/>
          </w:tcPr>
          <w:p w14:paraId="7C16316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MAICON RECH</w:t>
            </w:r>
          </w:p>
        </w:tc>
        <w:tc>
          <w:tcPr>
            <w:tcW w:w="1440" w:type="dxa"/>
          </w:tcPr>
          <w:p w14:paraId="7A7133B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033******05</w:t>
            </w:r>
          </w:p>
        </w:tc>
        <w:tc>
          <w:tcPr>
            <w:tcW w:w="1440" w:type="dxa"/>
          </w:tcPr>
          <w:p w14:paraId="63DB1A9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798554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PINHEIRINHO</w:t>
            </w:r>
          </w:p>
        </w:tc>
        <w:tc>
          <w:tcPr>
            <w:tcW w:w="1440" w:type="dxa"/>
          </w:tcPr>
          <w:p w14:paraId="5A0D05C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C3476A1" w14:textId="77777777" w:rsidTr="0029439B">
        <w:tc>
          <w:tcPr>
            <w:tcW w:w="1440" w:type="dxa"/>
          </w:tcPr>
          <w:p w14:paraId="77EB46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1440" w:type="dxa"/>
          </w:tcPr>
          <w:p w14:paraId="17EE992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DORNI JOSé MALGARIN</w:t>
            </w:r>
          </w:p>
        </w:tc>
        <w:tc>
          <w:tcPr>
            <w:tcW w:w="1440" w:type="dxa"/>
          </w:tcPr>
          <w:p w14:paraId="3775A74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272******49</w:t>
            </w:r>
          </w:p>
        </w:tc>
        <w:tc>
          <w:tcPr>
            <w:tcW w:w="1440" w:type="dxa"/>
          </w:tcPr>
          <w:p w14:paraId="379E7D1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632E88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ESTRADA DA VILA CLARA</w:t>
            </w:r>
          </w:p>
        </w:tc>
        <w:tc>
          <w:tcPr>
            <w:tcW w:w="1440" w:type="dxa"/>
          </w:tcPr>
          <w:p w14:paraId="7A103E5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7A2A461" w14:textId="77777777" w:rsidTr="0029439B">
        <w:tc>
          <w:tcPr>
            <w:tcW w:w="1440" w:type="dxa"/>
          </w:tcPr>
          <w:p w14:paraId="63B7F56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1440" w:type="dxa"/>
          </w:tcPr>
          <w:p w14:paraId="234E2E0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ROZANE APARECIDA DA SILVA</w:t>
            </w:r>
          </w:p>
        </w:tc>
        <w:tc>
          <w:tcPr>
            <w:tcW w:w="1440" w:type="dxa"/>
          </w:tcPr>
          <w:p w14:paraId="0947E86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715******04</w:t>
            </w:r>
          </w:p>
        </w:tc>
        <w:tc>
          <w:tcPr>
            <w:tcW w:w="1440" w:type="dxa"/>
          </w:tcPr>
          <w:p w14:paraId="26ABA3E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Outra</w:t>
            </w:r>
          </w:p>
        </w:tc>
        <w:tc>
          <w:tcPr>
            <w:tcW w:w="1440" w:type="dxa"/>
          </w:tcPr>
          <w:p w14:paraId="21BC227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498252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2051770" w14:textId="77777777" w:rsidTr="0029439B">
        <w:tc>
          <w:tcPr>
            <w:tcW w:w="1440" w:type="dxa"/>
          </w:tcPr>
          <w:p w14:paraId="2588EE7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1440" w:type="dxa"/>
          </w:tcPr>
          <w:p w14:paraId="1130FAD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RONALDO BRAUNER</w:t>
            </w:r>
          </w:p>
        </w:tc>
        <w:tc>
          <w:tcPr>
            <w:tcW w:w="1440" w:type="dxa"/>
          </w:tcPr>
          <w:p w14:paraId="1F12BE2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801******00</w:t>
            </w:r>
          </w:p>
        </w:tc>
        <w:tc>
          <w:tcPr>
            <w:tcW w:w="1440" w:type="dxa"/>
          </w:tcPr>
          <w:p w14:paraId="2D15A7A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Outra</w:t>
            </w:r>
          </w:p>
        </w:tc>
        <w:tc>
          <w:tcPr>
            <w:tcW w:w="1440" w:type="dxa"/>
          </w:tcPr>
          <w:p w14:paraId="32CE529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3043544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8F82E85" w14:textId="77777777" w:rsidTr="0029439B">
        <w:tc>
          <w:tcPr>
            <w:tcW w:w="1440" w:type="dxa"/>
          </w:tcPr>
          <w:p w14:paraId="3860EFE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1440" w:type="dxa"/>
          </w:tcPr>
          <w:p w14:paraId="79DFCD4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CLAUDIANE PERES SCHLUMPF</w:t>
            </w:r>
          </w:p>
        </w:tc>
        <w:tc>
          <w:tcPr>
            <w:tcW w:w="1440" w:type="dxa"/>
          </w:tcPr>
          <w:p w14:paraId="19D1FEC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992******00</w:t>
            </w:r>
          </w:p>
        </w:tc>
        <w:tc>
          <w:tcPr>
            <w:tcW w:w="1440" w:type="dxa"/>
          </w:tcPr>
          <w:p w14:paraId="2827A26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38E5DA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57AAA7E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4A2092C" w14:textId="77777777" w:rsidTr="0029439B">
        <w:tc>
          <w:tcPr>
            <w:tcW w:w="1440" w:type="dxa"/>
          </w:tcPr>
          <w:p w14:paraId="741D89D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1440" w:type="dxa"/>
          </w:tcPr>
          <w:p w14:paraId="2C3E020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ARMANDO PAULO HARTMANN</w:t>
            </w:r>
          </w:p>
        </w:tc>
        <w:tc>
          <w:tcPr>
            <w:tcW w:w="1440" w:type="dxa"/>
          </w:tcPr>
          <w:p w14:paraId="61E0A93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035******20</w:t>
            </w:r>
          </w:p>
        </w:tc>
        <w:tc>
          <w:tcPr>
            <w:tcW w:w="1440" w:type="dxa"/>
          </w:tcPr>
          <w:p w14:paraId="02C8D2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D2DA2E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GRAMA</w:t>
            </w:r>
          </w:p>
        </w:tc>
        <w:tc>
          <w:tcPr>
            <w:tcW w:w="1440" w:type="dxa"/>
          </w:tcPr>
          <w:p w14:paraId="0ACFE57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DD4D56C" w14:textId="77777777" w:rsidTr="0029439B">
        <w:tc>
          <w:tcPr>
            <w:tcW w:w="1440" w:type="dxa"/>
          </w:tcPr>
          <w:p w14:paraId="3746D71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1440" w:type="dxa"/>
          </w:tcPr>
          <w:p w14:paraId="33B7769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GILDO LUIS  BORTOLAS</w:t>
            </w:r>
          </w:p>
        </w:tc>
        <w:tc>
          <w:tcPr>
            <w:tcW w:w="1440" w:type="dxa"/>
          </w:tcPr>
          <w:p w14:paraId="204D26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711******20</w:t>
            </w:r>
          </w:p>
        </w:tc>
        <w:tc>
          <w:tcPr>
            <w:tcW w:w="1440" w:type="dxa"/>
          </w:tcPr>
          <w:p w14:paraId="4AC7AD1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9490DF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32AACF0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3499149" w14:textId="77777777" w:rsidTr="0029439B">
        <w:tc>
          <w:tcPr>
            <w:tcW w:w="1440" w:type="dxa"/>
          </w:tcPr>
          <w:p w14:paraId="490C6B9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24</w:t>
            </w:r>
          </w:p>
        </w:tc>
        <w:tc>
          <w:tcPr>
            <w:tcW w:w="1440" w:type="dxa"/>
          </w:tcPr>
          <w:p w14:paraId="7C87A9F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EDSON PIZZANI</w:t>
            </w:r>
          </w:p>
        </w:tc>
        <w:tc>
          <w:tcPr>
            <w:tcW w:w="1440" w:type="dxa"/>
          </w:tcPr>
          <w:p w14:paraId="7B91229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711******49</w:t>
            </w:r>
          </w:p>
        </w:tc>
        <w:tc>
          <w:tcPr>
            <w:tcW w:w="1440" w:type="dxa"/>
          </w:tcPr>
          <w:p w14:paraId="09E96A1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A98408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1DF0A0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086A791" w14:textId="77777777" w:rsidTr="0029439B">
        <w:tc>
          <w:tcPr>
            <w:tcW w:w="1440" w:type="dxa"/>
          </w:tcPr>
          <w:p w14:paraId="2857680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25</w:t>
            </w:r>
          </w:p>
        </w:tc>
        <w:tc>
          <w:tcPr>
            <w:tcW w:w="1440" w:type="dxa"/>
          </w:tcPr>
          <w:p w14:paraId="3C3D909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MOISES  BRUNINING</w:t>
            </w:r>
          </w:p>
        </w:tc>
        <w:tc>
          <w:tcPr>
            <w:tcW w:w="1440" w:type="dxa"/>
          </w:tcPr>
          <w:p w14:paraId="20E164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988******34</w:t>
            </w:r>
          </w:p>
        </w:tc>
        <w:tc>
          <w:tcPr>
            <w:tcW w:w="1440" w:type="dxa"/>
          </w:tcPr>
          <w:p w14:paraId="01DA36D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B764E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74A1715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C2F1F87" w14:textId="77777777" w:rsidTr="0029439B">
        <w:tc>
          <w:tcPr>
            <w:tcW w:w="1440" w:type="dxa"/>
          </w:tcPr>
          <w:p w14:paraId="78D75B1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26</w:t>
            </w:r>
          </w:p>
        </w:tc>
        <w:tc>
          <w:tcPr>
            <w:tcW w:w="1440" w:type="dxa"/>
          </w:tcPr>
          <w:p w14:paraId="78CE4D1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JULIANO DA SILVA HOFART</w:t>
            </w:r>
          </w:p>
        </w:tc>
        <w:tc>
          <w:tcPr>
            <w:tcW w:w="1440" w:type="dxa"/>
          </w:tcPr>
          <w:p w14:paraId="1D70F7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046******63</w:t>
            </w:r>
          </w:p>
        </w:tc>
        <w:tc>
          <w:tcPr>
            <w:tcW w:w="1440" w:type="dxa"/>
          </w:tcPr>
          <w:p w14:paraId="11C92D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DE877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0A32713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4F82955" w14:textId="77777777" w:rsidTr="0029439B">
        <w:tc>
          <w:tcPr>
            <w:tcW w:w="1440" w:type="dxa"/>
          </w:tcPr>
          <w:p w14:paraId="46D96D3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27</w:t>
            </w:r>
          </w:p>
        </w:tc>
        <w:tc>
          <w:tcPr>
            <w:tcW w:w="1440" w:type="dxa"/>
          </w:tcPr>
          <w:p w14:paraId="1E4085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GABRIEL MASCARIN</w:t>
            </w:r>
          </w:p>
        </w:tc>
        <w:tc>
          <w:tcPr>
            <w:tcW w:w="1440" w:type="dxa"/>
          </w:tcPr>
          <w:p w14:paraId="2C5E4A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019******90</w:t>
            </w:r>
          </w:p>
        </w:tc>
        <w:tc>
          <w:tcPr>
            <w:tcW w:w="1440" w:type="dxa"/>
          </w:tcPr>
          <w:p w14:paraId="384FCC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870C05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GRAMA</w:t>
            </w:r>
          </w:p>
        </w:tc>
        <w:tc>
          <w:tcPr>
            <w:tcW w:w="1440" w:type="dxa"/>
          </w:tcPr>
          <w:p w14:paraId="4890C59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F058A97" w14:textId="77777777" w:rsidTr="0029439B">
        <w:tc>
          <w:tcPr>
            <w:tcW w:w="1440" w:type="dxa"/>
          </w:tcPr>
          <w:p w14:paraId="6F56A4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28</w:t>
            </w:r>
          </w:p>
        </w:tc>
        <w:tc>
          <w:tcPr>
            <w:tcW w:w="1440" w:type="dxa"/>
          </w:tcPr>
          <w:p w14:paraId="69DF8E0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EVERALDO LUIS PIBER</w:t>
            </w:r>
          </w:p>
        </w:tc>
        <w:tc>
          <w:tcPr>
            <w:tcW w:w="1440" w:type="dxa"/>
          </w:tcPr>
          <w:p w14:paraId="4057F17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963******87</w:t>
            </w:r>
          </w:p>
        </w:tc>
        <w:tc>
          <w:tcPr>
            <w:tcW w:w="1440" w:type="dxa"/>
          </w:tcPr>
          <w:p w14:paraId="08D73D0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44DAE8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732D619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0D477C7" w14:textId="77777777" w:rsidTr="0029439B">
        <w:tc>
          <w:tcPr>
            <w:tcW w:w="1440" w:type="dxa"/>
          </w:tcPr>
          <w:p w14:paraId="02A2874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29</w:t>
            </w:r>
          </w:p>
        </w:tc>
        <w:tc>
          <w:tcPr>
            <w:tcW w:w="1440" w:type="dxa"/>
          </w:tcPr>
          <w:p w14:paraId="302C0F5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ODELCIO LOURENçO DE OLIVEIRA</w:t>
            </w:r>
          </w:p>
        </w:tc>
        <w:tc>
          <w:tcPr>
            <w:tcW w:w="1440" w:type="dxa"/>
          </w:tcPr>
          <w:p w14:paraId="2554B1E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757******49</w:t>
            </w:r>
          </w:p>
        </w:tc>
        <w:tc>
          <w:tcPr>
            <w:tcW w:w="1440" w:type="dxa"/>
          </w:tcPr>
          <w:p w14:paraId="3D39D81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F23B6C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4827FAF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B5EEECF" w14:textId="77777777" w:rsidTr="0029439B">
        <w:tc>
          <w:tcPr>
            <w:tcW w:w="1440" w:type="dxa"/>
          </w:tcPr>
          <w:p w14:paraId="3203EC2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30</w:t>
            </w:r>
          </w:p>
        </w:tc>
        <w:tc>
          <w:tcPr>
            <w:tcW w:w="1440" w:type="dxa"/>
          </w:tcPr>
          <w:p w14:paraId="5B876C5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JUNIOR DE LIMA FERREIRA</w:t>
            </w:r>
          </w:p>
        </w:tc>
        <w:tc>
          <w:tcPr>
            <w:tcW w:w="1440" w:type="dxa"/>
          </w:tcPr>
          <w:p w14:paraId="7554D73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019******66</w:t>
            </w:r>
          </w:p>
        </w:tc>
        <w:tc>
          <w:tcPr>
            <w:tcW w:w="1440" w:type="dxa"/>
          </w:tcPr>
          <w:p w14:paraId="52D24CD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8DB0D4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RAFAEL</w:t>
            </w:r>
          </w:p>
        </w:tc>
        <w:tc>
          <w:tcPr>
            <w:tcW w:w="1440" w:type="dxa"/>
          </w:tcPr>
          <w:p w14:paraId="36984A1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3795A74" w14:textId="77777777" w:rsidTr="0029439B">
        <w:tc>
          <w:tcPr>
            <w:tcW w:w="1440" w:type="dxa"/>
          </w:tcPr>
          <w:p w14:paraId="53FC333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31</w:t>
            </w:r>
          </w:p>
        </w:tc>
        <w:tc>
          <w:tcPr>
            <w:tcW w:w="1440" w:type="dxa"/>
          </w:tcPr>
          <w:p w14:paraId="0D46CCA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ODAIR VICENTE HOFART</w:t>
            </w:r>
          </w:p>
        </w:tc>
        <w:tc>
          <w:tcPr>
            <w:tcW w:w="1440" w:type="dxa"/>
          </w:tcPr>
          <w:p w14:paraId="702527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895******91</w:t>
            </w:r>
          </w:p>
        </w:tc>
        <w:tc>
          <w:tcPr>
            <w:tcW w:w="1440" w:type="dxa"/>
          </w:tcPr>
          <w:p w14:paraId="5C5769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07156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3711085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CC4B7CA" w14:textId="77777777" w:rsidTr="0029439B">
        <w:tc>
          <w:tcPr>
            <w:tcW w:w="1440" w:type="dxa"/>
          </w:tcPr>
          <w:p w14:paraId="018FE91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32</w:t>
            </w:r>
          </w:p>
        </w:tc>
        <w:tc>
          <w:tcPr>
            <w:tcW w:w="1440" w:type="dxa"/>
          </w:tcPr>
          <w:p w14:paraId="08EEB04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CRISTIANO TORMES</w:t>
            </w:r>
          </w:p>
        </w:tc>
        <w:tc>
          <w:tcPr>
            <w:tcW w:w="1440" w:type="dxa"/>
          </w:tcPr>
          <w:p w14:paraId="47ECD3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990******34</w:t>
            </w:r>
          </w:p>
        </w:tc>
        <w:tc>
          <w:tcPr>
            <w:tcW w:w="1440" w:type="dxa"/>
          </w:tcPr>
          <w:p w14:paraId="6369A7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75822D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3B3C8B9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96A48EB" w14:textId="77777777" w:rsidTr="0029439B">
        <w:tc>
          <w:tcPr>
            <w:tcW w:w="1440" w:type="dxa"/>
          </w:tcPr>
          <w:p w14:paraId="41CB8B3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33</w:t>
            </w:r>
          </w:p>
        </w:tc>
        <w:tc>
          <w:tcPr>
            <w:tcW w:w="1440" w:type="dxa"/>
          </w:tcPr>
          <w:p w14:paraId="38A9683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CLAITON LEONILDO STUKER</w:t>
            </w:r>
          </w:p>
        </w:tc>
        <w:tc>
          <w:tcPr>
            <w:tcW w:w="1440" w:type="dxa"/>
          </w:tcPr>
          <w:p w14:paraId="5610FE7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498******97</w:t>
            </w:r>
          </w:p>
        </w:tc>
        <w:tc>
          <w:tcPr>
            <w:tcW w:w="1440" w:type="dxa"/>
          </w:tcPr>
          <w:p w14:paraId="65001E2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5091E46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07F552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2CF7292" w14:textId="77777777" w:rsidTr="0029439B">
        <w:tc>
          <w:tcPr>
            <w:tcW w:w="1440" w:type="dxa"/>
          </w:tcPr>
          <w:p w14:paraId="2D7C527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34</w:t>
            </w:r>
          </w:p>
        </w:tc>
        <w:tc>
          <w:tcPr>
            <w:tcW w:w="1440" w:type="dxa"/>
          </w:tcPr>
          <w:p w14:paraId="157452B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JOAO CARLOS VAZ DA SILVA</w:t>
            </w:r>
          </w:p>
        </w:tc>
        <w:tc>
          <w:tcPr>
            <w:tcW w:w="1440" w:type="dxa"/>
          </w:tcPr>
          <w:p w14:paraId="2A95BB6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711******20</w:t>
            </w:r>
          </w:p>
        </w:tc>
        <w:tc>
          <w:tcPr>
            <w:tcW w:w="1440" w:type="dxa"/>
          </w:tcPr>
          <w:p w14:paraId="4D441DF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493F41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HOLANDA</w:t>
            </w:r>
          </w:p>
        </w:tc>
        <w:tc>
          <w:tcPr>
            <w:tcW w:w="1440" w:type="dxa"/>
          </w:tcPr>
          <w:p w14:paraId="1AB2A7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DC400BC" w14:textId="77777777" w:rsidTr="0029439B">
        <w:tc>
          <w:tcPr>
            <w:tcW w:w="1440" w:type="dxa"/>
          </w:tcPr>
          <w:p w14:paraId="7B6B2B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35</w:t>
            </w:r>
          </w:p>
        </w:tc>
        <w:tc>
          <w:tcPr>
            <w:tcW w:w="1440" w:type="dxa"/>
          </w:tcPr>
          <w:p w14:paraId="5980D14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GUSTAVO JOSE VAZ DA SILVA</w:t>
            </w:r>
          </w:p>
        </w:tc>
        <w:tc>
          <w:tcPr>
            <w:tcW w:w="1440" w:type="dxa"/>
          </w:tcPr>
          <w:p w14:paraId="3DE8804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018******92</w:t>
            </w:r>
          </w:p>
        </w:tc>
        <w:tc>
          <w:tcPr>
            <w:tcW w:w="1440" w:type="dxa"/>
          </w:tcPr>
          <w:p w14:paraId="1B8D2F0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1253061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HOLANDA</w:t>
            </w:r>
          </w:p>
        </w:tc>
        <w:tc>
          <w:tcPr>
            <w:tcW w:w="1440" w:type="dxa"/>
          </w:tcPr>
          <w:p w14:paraId="161CE6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BD38A6D" w14:textId="77777777" w:rsidTr="0029439B">
        <w:tc>
          <w:tcPr>
            <w:tcW w:w="1440" w:type="dxa"/>
          </w:tcPr>
          <w:p w14:paraId="135D21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36</w:t>
            </w:r>
          </w:p>
        </w:tc>
        <w:tc>
          <w:tcPr>
            <w:tcW w:w="1440" w:type="dxa"/>
          </w:tcPr>
          <w:p w14:paraId="76E02EE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LEANDRO TADEU VAZ DA SILVA</w:t>
            </w:r>
          </w:p>
        </w:tc>
        <w:tc>
          <w:tcPr>
            <w:tcW w:w="1440" w:type="dxa"/>
          </w:tcPr>
          <w:p w14:paraId="1175033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019******42</w:t>
            </w:r>
          </w:p>
        </w:tc>
        <w:tc>
          <w:tcPr>
            <w:tcW w:w="1440" w:type="dxa"/>
          </w:tcPr>
          <w:p w14:paraId="5109AC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B3326B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746042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2A567DE" w14:textId="77777777" w:rsidTr="0029439B">
        <w:tc>
          <w:tcPr>
            <w:tcW w:w="1440" w:type="dxa"/>
          </w:tcPr>
          <w:p w14:paraId="6D72420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37</w:t>
            </w:r>
          </w:p>
        </w:tc>
        <w:tc>
          <w:tcPr>
            <w:tcW w:w="1440" w:type="dxa"/>
          </w:tcPr>
          <w:p w14:paraId="535AE20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LUCAS ANTONIO BRAUNER</w:t>
            </w:r>
          </w:p>
        </w:tc>
        <w:tc>
          <w:tcPr>
            <w:tcW w:w="1440" w:type="dxa"/>
          </w:tcPr>
          <w:p w14:paraId="609CF85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019******37</w:t>
            </w:r>
          </w:p>
        </w:tc>
        <w:tc>
          <w:tcPr>
            <w:tcW w:w="1440" w:type="dxa"/>
          </w:tcPr>
          <w:p w14:paraId="00EFC90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09FF8D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2BD5C2F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C8AF69D" w14:textId="77777777" w:rsidTr="0029439B">
        <w:tc>
          <w:tcPr>
            <w:tcW w:w="1440" w:type="dxa"/>
          </w:tcPr>
          <w:p w14:paraId="5E8E819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38</w:t>
            </w:r>
          </w:p>
        </w:tc>
        <w:tc>
          <w:tcPr>
            <w:tcW w:w="1440" w:type="dxa"/>
          </w:tcPr>
          <w:p w14:paraId="1C0E0FC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JOCELI BRUNINIG MORINI</w:t>
            </w:r>
          </w:p>
        </w:tc>
        <w:tc>
          <w:tcPr>
            <w:tcW w:w="1440" w:type="dxa"/>
          </w:tcPr>
          <w:p w14:paraId="627F95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711******53</w:t>
            </w:r>
          </w:p>
        </w:tc>
        <w:tc>
          <w:tcPr>
            <w:tcW w:w="1440" w:type="dxa"/>
          </w:tcPr>
          <w:p w14:paraId="5396BA9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8813F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716AE2C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F6145A6" w14:textId="77777777" w:rsidTr="0029439B">
        <w:tc>
          <w:tcPr>
            <w:tcW w:w="1440" w:type="dxa"/>
          </w:tcPr>
          <w:p w14:paraId="6A23A4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39</w:t>
            </w:r>
          </w:p>
        </w:tc>
        <w:tc>
          <w:tcPr>
            <w:tcW w:w="1440" w:type="dxa"/>
          </w:tcPr>
          <w:p w14:paraId="7464D6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JUAREZ SOARES FERREIRA</w:t>
            </w:r>
          </w:p>
        </w:tc>
        <w:tc>
          <w:tcPr>
            <w:tcW w:w="1440" w:type="dxa"/>
          </w:tcPr>
          <w:p w14:paraId="5B925D7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354******78</w:t>
            </w:r>
          </w:p>
        </w:tc>
        <w:tc>
          <w:tcPr>
            <w:tcW w:w="1440" w:type="dxa"/>
          </w:tcPr>
          <w:p w14:paraId="19180E4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4AE852D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RAFAEL</w:t>
            </w:r>
          </w:p>
        </w:tc>
        <w:tc>
          <w:tcPr>
            <w:tcW w:w="1440" w:type="dxa"/>
          </w:tcPr>
          <w:p w14:paraId="4DBE0F6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66B03C0" w14:textId="77777777" w:rsidTr="0029439B">
        <w:tc>
          <w:tcPr>
            <w:tcW w:w="1440" w:type="dxa"/>
          </w:tcPr>
          <w:p w14:paraId="21B9AE6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40</w:t>
            </w:r>
          </w:p>
        </w:tc>
        <w:tc>
          <w:tcPr>
            <w:tcW w:w="1440" w:type="dxa"/>
          </w:tcPr>
          <w:p w14:paraId="6B634DC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PAULO HENRIQUE TASCHETTO UBERTI</w:t>
            </w:r>
          </w:p>
        </w:tc>
        <w:tc>
          <w:tcPr>
            <w:tcW w:w="1440" w:type="dxa"/>
          </w:tcPr>
          <w:p w14:paraId="5BAB87E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034******01</w:t>
            </w:r>
          </w:p>
        </w:tc>
        <w:tc>
          <w:tcPr>
            <w:tcW w:w="1440" w:type="dxa"/>
          </w:tcPr>
          <w:p w14:paraId="5E89CD8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79EDD1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CAMPESTRE</w:t>
            </w:r>
          </w:p>
        </w:tc>
        <w:tc>
          <w:tcPr>
            <w:tcW w:w="1440" w:type="dxa"/>
          </w:tcPr>
          <w:p w14:paraId="5494401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D850E89" w14:textId="77777777" w:rsidTr="0029439B">
        <w:tc>
          <w:tcPr>
            <w:tcW w:w="1440" w:type="dxa"/>
          </w:tcPr>
          <w:p w14:paraId="627BB75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41</w:t>
            </w:r>
          </w:p>
        </w:tc>
        <w:tc>
          <w:tcPr>
            <w:tcW w:w="1440" w:type="dxa"/>
          </w:tcPr>
          <w:p w14:paraId="3F354F3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VOLMAR DE LIMA DA SILVA</w:t>
            </w:r>
          </w:p>
        </w:tc>
        <w:tc>
          <w:tcPr>
            <w:tcW w:w="1440" w:type="dxa"/>
          </w:tcPr>
          <w:p w14:paraId="7B2D875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009******76</w:t>
            </w:r>
          </w:p>
        </w:tc>
        <w:tc>
          <w:tcPr>
            <w:tcW w:w="1440" w:type="dxa"/>
          </w:tcPr>
          <w:p w14:paraId="1CADE69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6738AA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CAMPESTRE</w:t>
            </w:r>
          </w:p>
        </w:tc>
        <w:tc>
          <w:tcPr>
            <w:tcW w:w="1440" w:type="dxa"/>
          </w:tcPr>
          <w:p w14:paraId="299B7FD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6F0CC06" w14:textId="77777777" w:rsidTr="0029439B">
        <w:tc>
          <w:tcPr>
            <w:tcW w:w="1440" w:type="dxa"/>
          </w:tcPr>
          <w:p w14:paraId="048B82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42</w:t>
            </w:r>
          </w:p>
        </w:tc>
        <w:tc>
          <w:tcPr>
            <w:tcW w:w="1440" w:type="dxa"/>
          </w:tcPr>
          <w:p w14:paraId="7707FB5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ELVIO ANTONIO KLIMICK</w:t>
            </w:r>
          </w:p>
        </w:tc>
        <w:tc>
          <w:tcPr>
            <w:tcW w:w="1440" w:type="dxa"/>
          </w:tcPr>
          <w:p w14:paraId="084321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555******04</w:t>
            </w:r>
          </w:p>
        </w:tc>
        <w:tc>
          <w:tcPr>
            <w:tcW w:w="1440" w:type="dxa"/>
          </w:tcPr>
          <w:p w14:paraId="125BFDD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E25A95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35DE946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49E680B" w14:textId="77777777" w:rsidTr="0029439B">
        <w:tc>
          <w:tcPr>
            <w:tcW w:w="1440" w:type="dxa"/>
          </w:tcPr>
          <w:p w14:paraId="4ECFE56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43</w:t>
            </w:r>
          </w:p>
        </w:tc>
        <w:tc>
          <w:tcPr>
            <w:tcW w:w="1440" w:type="dxa"/>
          </w:tcPr>
          <w:p w14:paraId="189FCD5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DARIANE JOSé BRAUNER SPOLAOR</w:t>
            </w:r>
          </w:p>
        </w:tc>
        <w:tc>
          <w:tcPr>
            <w:tcW w:w="1440" w:type="dxa"/>
          </w:tcPr>
          <w:p w14:paraId="4594B22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938******34</w:t>
            </w:r>
          </w:p>
        </w:tc>
        <w:tc>
          <w:tcPr>
            <w:tcW w:w="1440" w:type="dxa"/>
          </w:tcPr>
          <w:p w14:paraId="7482990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1361AE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23B2FCF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62343AC" w14:textId="77777777" w:rsidTr="0029439B">
        <w:tc>
          <w:tcPr>
            <w:tcW w:w="1440" w:type="dxa"/>
          </w:tcPr>
          <w:p w14:paraId="6C0A343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44</w:t>
            </w:r>
          </w:p>
        </w:tc>
        <w:tc>
          <w:tcPr>
            <w:tcW w:w="1440" w:type="dxa"/>
          </w:tcPr>
          <w:p w14:paraId="5E8190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SERGIO MARIAN FERNANDES</w:t>
            </w:r>
          </w:p>
        </w:tc>
        <w:tc>
          <w:tcPr>
            <w:tcW w:w="1440" w:type="dxa"/>
          </w:tcPr>
          <w:p w14:paraId="2B8992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006******73</w:t>
            </w:r>
          </w:p>
        </w:tc>
        <w:tc>
          <w:tcPr>
            <w:tcW w:w="1440" w:type="dxa"/>
          </w:tcPr>
          <w:p w14:paraId="57C7BDA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4C3A3B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006D24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36EC069" w14:textId="77777777" w:rsidTr="0029439B">
        <w:tc>
          <w:tcPr>
            <w:tcW w:w="1440" w:type="dxa"/>
          </w:tcPr>
          <w:p w14:paraId="41E8221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45</w:t>
            </w:r>
          </w:p>
        </w:tc>
        <w:tc>
          <w:tcPr>
            <w:tcW w:w="1440" w:type="dxa"/>
          </w:tcPr>
          <w:p w14:paraId="01715E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NILTON RAMIRES NAISSINGER</w:t>
            </w:r>
          </w:p>
        </w:tc>
        <w:tc>
          <w:tcPr>
            <w:tcW w:w="1440" w:type="dxa"/>
          </w:tcPr>
          <w:p w14:paraId="7543DFB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606******53</w:t>
            </w:r>
          </w:p>
        </w:tc>
        <w:tc>
          <w:tcPr>
            <w:tcW w:w="1440" w:type="dxa"/>
          </w:tcPr>
          <w:p w14:paraId="47E97F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3C048D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62B777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1395DA3" w14:textId="77777777" w:rsidTr="0029439B">
        <w:tc>
          <w:tcPr>
            <w:tcW w:w="1440" w:type="dxa"/>
          </w:tcPr>
          <w:p w14:paraId="3AD84E1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46</w:t>
            </w:r>
          </w:p>
        </w:tc>
        <w:tc>
          <w:tcPr>
            <w:tcW w:w="1440" w:type="dxa"/>
          </w:tcPr>
          <w:p w14:paraId="1739A3C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KAUE ANTONIO GOULART BORSATO</w:t>
            </w:r>
          </w:p>
        </w:tc>
        <w:tc>
          <w:tcPr>
            <w:tcW w:w="1440" w:type="dxa"/>
          </w:tcPr>
          <w:p w14:paraId="194DAD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047******12</w:t>
            </w:r>
          </w:p>
        </w:tc>
        <w:tc>
          <w:tcPr>
            <w:tcW w:w="1440" w:type="dxa"/>
          </w:tcPr>
          <w:p w14:paraId="53FAE43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B128FB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721F2E1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90A36B9" w14:textId="77777777" w:rsidTr="0029439B">
        <w:tc>
          <w:tcPr>
            <w:tcW w:w="1440" w:type="dxa"/>
          </w:tcPr>
          <w:p w14:paraId="00CA122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47</w:t>
            </w:r>
          </w:p>
        </w:tc>
        <w:tc>
          <w:tcPr>
            <w:tcW w:w="1440" w:type="dxa"/>
          </w:tcPr>
          <w:p w14:paraId="632737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PAULO CESAR NAISSINGER HARTMANN</w:t>
            </w:r>
          </w:p>
        </w:tc>
        <w:tc>
          <w:tcPr>
            <w:tcW w:w="1440" w:type="dxa"/>
          </w:tcPr>
          <w:p w14:paraId="727B12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024******22</w:t>
            </w:r>
          </w:p>
        </w:tc>
        <w:tc>
          <w:tcPr>
            <w:tcW w:w="1440" w:type="dxa"/>
          </w:tcPr>
          <w:p w14:paraId="768D4D0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5D066C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702949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27F67C9" w14:textId="77777777" w:rsidTr="0029439B">
        <w:tc>
          <w:tcPr>
            <w:tcW w:w="1440" w:type="dxa"/>
          </w:tcPr>
          <w:p w14:paraId="27E22B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48</w:t>
            </w:r>
          </w:p>
        </w:tc>
        <w:tc>
          <w:tcPr>
            <w:tcW w:w="1440" w:type="dxa"/>
          </w:tcPr>
          <w:p w14:paraId="2ABCF3D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ERALDO DINIZ LODETTI</w:t>
            </w:r>
          </w:p>
        </w:tc>
        <w:tc>
          <w:tcPr>
            <w:tcW w:w="1440" w:type="dxa"/>
          </w:tcPr>
          <w:p w14:paraId="2DE2CAB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027******26</w:t>
            </w:r>
          </w:p>
        </w:tc>
        <w:tc>
          <w:tcPr>
            <w:tcW w:w="1440" w:type="dxa"/>
          </w:tcPr>
          <w:p w14:paraId="7088430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3680F86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0CC6678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54DE5D3" w14:textId="77777777" w:rsidTr="0029439B">
        <w:tc>
          <w:tcPr>
            <w:tcW w:w="1440" w:type="dxa"/>
          </w:tcPr>
          <w:p w14:paraId="5CBD628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49</w:t>
            </w:r>
          </w:p>
        </w:tc>
        <w:tc>
          <w:tcPr>
            <w:tcW w:w="1440" w:type="dxa"/>
          </w:tcPr>
          <w:p w14:paraId="687902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FELIPE SCHULZ</w:t>
            </w:r>
          </w:p>
        </w:tc>
        <w:tc>
          <w:tcPr>
            <w:tcW w:w="1440" w:type="dxa"/>
          </w:tcPr>
          <w:p w14:paraId="0571EE9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027******40</w:t>
            </w:r>
          </w:p>
        </w:tc>
        <w:tc>
          <w:tcPr>
            <w:tcW w:w="1440" w:type="dxa"/>
          </w:tcPr>
          <w:p w14:paraId="7EDA6B3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C5134A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725E436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EBBA7B4" w14:textId="77777777" w:rsidTr="0029439B">
        <w:tc>
          <w:tcPr>
            <w:tcW w:w="1440" w:type="dxa"/>
          </w:tcPr>
          <w:p w14:paraId="387683B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50</w:t>
            </w:r>
          </w:p>
        </w:tc>
        <w:tc>
          <w:tcPr>
            <w:tcW w:w="1440" w:type="dxa"/>
          </w:tcPr>
          <w:p w14:paraId="35A859A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JOSé VANDERLEI HOFART</w:t>
            </w:r>
          </w:p>
        </w:tc>
        <w:tc>
          <w:tcPr>
            <w:tcW w:w="1440" w:type="dxa"/>
          </w:tcPr>
          <w:p w14:paraId="16832DE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606******15</w:t>
            </w:r>
          </w:p>
        </w:tc>
        <w:tc>
          <w:tcPr>
            <w:tcW w:w="1440" w:type="dxa"/>
          </w:tcPr>
          <w:p w14:paraId="418514D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97E5E9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6FFFAD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BDCDB26" w14:textId="77777777" w:rsidTr="0029439B">
        <w:tc>
          <w:tcPr>
            <w:tcW w:w="1440" w:type="dxa"/>
          </w:tcPr>
          <w:p w14:paraId="401D859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51</w:t>
            </w:r>
          </w:p>
        </w:tc>
        <w:tc>
          <w:tcPr>
            <w:tcW w:w="1440" w:type="dxa"/>
          </w:tcPr>
          <w:p w14:paraId="479A226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LUCIANO LEZINA MASCARIN</w:t>
            </w:r>
          </w:p>
        </w:tc>
        <w:tc>
          <w:tcPr>
            <w:tcW w:w="1440" w:type="dxa"/>
          </w:tcPr>
          <w:p w14:paraId="7F27C1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035******80</w:t>
            </w:r>
          </w:p>
        </w:tc>
        <w:tc>
          <w:tcPr>
            <w:tcW w:w="1440" w:type="dxa"/>
          </w:tcPr>
          <w:p w14:paraId="33367EA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CA48C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 DOS KAISER</w:t>
            </w:r>
          </w:p>
        </w:tc>
        <w:tc>
          <w:tcPr>
            <w:tcW w:w="1440" w:type="dxa"/>
          </w:tcPr>
          <w:p w14:paraId="5F9CC2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D90E1CB" w14:textId="77777777" w:rsidTr="0029439B">
        <w:tc>
          <w:tcPr>
            <w:tcW w:w="1440" w:type="dxa"/>
          </w:tcPr>
          <w:p w14:paraId="02CFEFB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52</w:t>
            </w:r>
          </w:p>
        </w:tc>
        <w:tc>
          <w:tcPr>
            <w:tcW w:w="1440" w:type="dxa"/>
          </w:tcPr>
          <w:p w14:paraId="7E2BE7B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MAICON FRANCO TASCHETTO</w:t>
            </w:r>
          </w:p>
        </w:tc>
        <w:tc>
          <w:tcPr>
            <w:tcW w:w="1440" w:type="dxa"/>
          </w:tcPr>
          <w:p w14:paraId="7565461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028******38</w:t>
            </w:r>
          </w:p>
        </w:tc>
        <w:tc>
          <w:tcPr>
            <w:tcW w:w="1440" w:type="dxa"/>
          </w:tcPr>
          <w:p w14:paraId="493E3B9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737FFC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10057CC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F4E2ED0" w14:textId="77777777" w:rsidTr="0029439B">
        <w:tc>
          <w:tcPr>
            <w:tcW w:w="1440" w:type="dxa"/>
          </w:tcPr>
          <w:p w14:paraId="7A32FA1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53</w:t>
            </w:r>
          </w:p>
        </w:tc>
        <w:tc>
          <w:tcPr>
            <w:tcW w:w="1440" w:type="dxa"/>
          </w:tcPr>
          <w:p w14:paraId="10B234C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FABIO FRANCO TASCHETTO</w:t>
            </w:r>
          </w:p>
        </w:tc>
        <w:tc>
          <w:tcPr>
            <w:tcW w:w="1440" w:type="dxa"/>
          </w:tcPr>
          <w:p w14:paraId="1F9F951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001******51</w:t>
            </w:r>
          </w:p>
        </w:tc>
        <w:tc>
          <w:tcPr>
            <w:tcW w:w="1440" w:type="dxa"/>
          </w:tcPr>
          <w:p w14:paraId="4826F1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190B1E5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5A9849A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4FE8548" w14:textId="77777777" w:rsidTr="0029439B">
        <w:tc>
          <w:tcPr>
            <w:tcW w:w="1440" w:type="dxa"/>
          </w:tcPr>
          <w:p w14:paraId="15669C4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54</w:t>
            </w:r>
          </w:p>
        </w:tc>
        <w:tc>
          <w:tcPr>
            <w:tcW w:w="1440" w:type="dxa"/>
          </w:tcPr>
          <w:p w14:paraId="1C8745C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CLAUDIOMAR WEIDE DIAS</w:t>
            </w:r>
          </w:p>
        </w:tc>
        <w:tc>
          <w:tcPr>
            <w:tcW w:w="1440" w:type="dxa"/>
          </w:tcPr>
          <w:p w14:paraId="0C8C13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990******91</w:t>
            </w:r>
          </w:p>
        </w:tc>
        <w:tc>
          <w:tcPr>
            <w:tcW w:w="1440" w:type="dxa"/>
          </w:tcPr>
          <w:p w14:paraId="74C6587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783C9CA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4852A13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6EC3F4F" w14:textId="77777777" w:rsidTr="0029439B">
        <w:tc>
          <w:tcPr>
            <w:tcW w:w="1440" w:type="dxa"/>
          </w:tcPr>
          <w:p w14:paraId="534BE2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55</w:t>
            </w:r>
          </w:p>
        </w:tc>
        <w:tc>
          <w:tcPr>
            <w:tcW w:w="1440" w:type="dxa"/>
          </w:tcPr>
          <w:p w14:paraId="21426BF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SABRINA ERTMANN DA SILVA</w:t>
            </w:r>
          </w:p>
        </w:tc>
        <w:tc>
          <w:tcPr>
            <w:tcW w:w="1440" w:type="dxa"/>
          </w:tcPr>
          <w:p w14:paraId="0C35D4E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038******92</w:t>
            </w:r>
          </w:p>
        </w:tc>
        <w:tc>
          <w:tcPr>
            <w:tcW w:w="1440" w:type="dxa"/>
          </w:tcPr>
          <w:p w14:paraId="08347AE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05BCE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PINHEIRINHO</w:t>
            </w:r>
          </w:p>
        </w:tc>
        <w:tc>
          <w:tcPr>
            <w:tcW w:w="1440" w:type="dxa"/>
          </w:tcPr>
          <w:p w14:paraId="3D0D010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CA85A5B" w14:textId="77777777" w:rsidTr="0029439B">
        <w:tc>
          <w:tcPr>
            <w:tcW w:w="1440" w:type="dxa"/>
          </w:tcPr>
          <w:p w14:paraId="204579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56</w:t>
            </w:r>
          </w:p>
        </w:tc>
        <w:tc>
          <w:tcPr>
            <w:tcW w:w="1440" w:type="dxa"/>
          </w:tcPr>
          <w:p w14:paraId="2446145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VAGNER KLIMECK HOFART</w:t>
            </w:r>
          </w:p>
        </w:tc>
        <w:tc>
          <w:tcPr>
            <w:tcW w:w="1440" w:type="dxa"/>
          </w:tcPr>
          <w:p w14:paraId="2F86ACB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040******10</w:t>
            </w:r>
          </w:p>
        </w:tc>
        <w:tc>
          <w:tcPr>
            <w:tcW w:w="1440" w:type="dxa"/>
          </w:tcPr>
          <w:p w14:paraId="5C9CA5E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009626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1B4EE4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C32684F" w14:textId="77777777" w:rsidTr="0029439B">
        <w:tc>
          <w:tcPr>
            <w:tcW w:w="1440" w:type="dxa"/>
          </w:tcPr>
          <w:p w14:paraId="219F24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57</w:t>
            </w:r>
          </w:p>
        </w:tc>
        <w:tc>
          <w:tcPr>
            <w:tcW w:w="1440" w:type="dxa"/>
          </w:tcPr>
          <w:p w14:paraId="7140419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LUIS F. MARIA FERNANDES</w:t>
            </w:r>
          </w:p>
        </w:tc>
        <w:tc>
          <w:tcPr>
            <w:tcW w:w="1440" w:type="dxa"/>
          </w:tcPr>
          <w:p w14:paraId="492015D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977******00</w:t>
            </w:r>
          </w:p>
        </w:tc>
        <w:tc>
          <w:tcPr>
            <w:tcW w:w="1440" w:type="dxa"/>
          </w:tcPr>
          <w:p w14:paraId="6EF3B65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6A73FD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2949B85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DB2CB74" w14:textId="77777777" w:rsidTr="0029439B">
        <w:tc>
          <w:tcPr>
            <w:tcW w:w="1440" w:type="dxa"/>
          </w:tcPr>
          <w:p w14:paraId="04D84BB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</w:t>
            </w:r>
          </w:p>
        </w:tc>
        <w:tc>
          <w:tcPr>
            <w:tcW w:w="1440" w:type="dxa"/>
          </w:tcPr>
          <w:p w14:paraId="78DE25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ROSANGELA MARQUES DA CUNHA</w:t>
            </w:r>
          </w:p>
        </w:tc>
        <w:tc>
          <w:tcPr>
            <w:tcW w:w="1440" w:type="dxa"/>
          </w:tcPr>
          <w:p w14:paraId="7D43B89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099******49</w:t>
            </w:r>
          </w:p>
        </w:tc>
        <w:tc>
          <w:tcPr>
            <w:tcW w:w="1440" w:type="dxa"/>
          </w:tcPr>
          <w:p w14:paraId="2A0E0D1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81A06A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197DE4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82DFFAD" w14:textId="77777777" w:rsidTr="0029439B">
        <w:tc>
          <w:tcPr>
            <w:tcW w:w="1440" w:type="dxa"/>
          </w:tcPr>
          <w:p w14:paraId="1F33DE4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59</w:t>
            </w:r>
          </w:p>
        </w:tc>
        <w:tc>
          <w:tcPr>
            <w:tcW w:w="1440" w:type="dxa"/>
          </w:tcPr>
          <w:p w14:paraId="23E3526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JAILSON MACK BRESSAN</w:t>
            </w:r>
          </w:p>
        </w:tc>
        <w:tc>
          <w:tcPr>
            <w:tcW w:w="1440" w:type="dxa"/>
          </w:tcPr>
          <w:p w14:paraId="62DC7ED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004******67</w:t>
            </w:r>
          </w:p>
        </w:tc>
        <w:tc>
          <w:tcPr>
            <w:tcW w:w="1440" w:type="dxa"/>
          </w:tcPr>
          <w:p w14:paraId="3FFA3CD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7DFCFC4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DEMéTRIO RIBEIRO</w:t>
            </w:r>
          </w:p>
        </w:tc>
        <w:tc>
          <w:tcPr>
            <w:tcW w:w="1440" w:type="dxa"/>
          </w:tcPr>
          <w:p w14:paraId="6D678A3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8234D76" w14:textId="77777777" w:rsidTr="0029439B">
        <w:tc>
          <w:tcPr>
            <w:tcW w:w="1440" w:type="dxa"/>
          </w:tcPr>
          <w:p w14:paraId="57B6636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60</w:t>
            </w:r>
          </w:p>
        </w:tc>
        <w:tc>
          <w:tcPr>
            <w:tcW w:w="1440" w:type="dxa"/>
          </w:tcPr>
          <w:p w14:paraId="0B0FE1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SHIRLEI MARQUES DA CUNHA</w:t>
            </w:r>
          </w:p>
        </w:tc>
        <w:tc>
          <w:tcPr>
            <w:tcW w:w="1440" w:type="dxa"/>
          </w:tcPr>
          <w:p w14:paraId="7B49B93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038******03</w:t>
            </w:r>
          </w:p>
        </w:tc>
        <w:tc>
          <w:tcPr>
            <w:tcW w:w="1440" w:type="dxa"/>
          </w:tcPr>
          <w:p w14:paraId="56547B0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01FFBC6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4AEB18C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B38C428" w14:textId="77777777" w:rsidTr="0029439B">
        <w:tc>
          <w:tcPr>
            <w:tcW w:w="1440" w:type="dxa"/>
          </w:tcPr>
          <w:p w14:paraId="3D5F824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61</w:t>
            </w:r>
          </w:p>
        </w:tc>
        <w:tc>
          <w:tcPr>
            <w:tcW w:w="1440" w:type="dxa"/>
          </w:tcPr>
          <w:p w14:paraId="1416CD6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ALCEMAR FORGIARINI</w:t>
            </w:r>
          </w:p>
        </w:tc>
        <w:tc>
          <w:tcPr>
            <w:tcW w:w="1440" w:type="dxa"/>
          </w:tcPr>
          <w:p w14:paraId="49D2541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549******53</w:t>
            </w:r>
          </w:p>
        </w:tc>
        <w:tc>
          <w:tcPr>
            <w:tcW w:w="1440" w:type="dxa"/>
          </w:tcPr>
          <w:p w14:paraId="24F1ADC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6A3C1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33400C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0D33C81" w14:textId="77777777" w:rsidTr="0029439B">
        <w:tc>
          <w:tcPr>
            <w:tcW w:w="1440" w:type="dxa"/>
          </w:tcPr>
          <w:p w14:paraId="0BCA13A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62</w:t>
            </w:r>
          </w:p>
        </w:tc>
        <w:tc>
          <w:tcPr>
            <w:tcW w:w="1440" w:type="dxa"/>
          </w:tcPr>
          <w:p w14:paraId="62603D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WELTON ANTONIO BRAUNER</w:t>
            </w:r>
          </w:p>
        </w:tc>
        <w:tc>
          <w:tcPr>
            <w:tcW w:w="1440" w:type="dxa"/>
          </w:tcPr>
          <w:p w14:paraId="212985D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606******91</w:t>
            </w:r>
          </w:p>
        </w:tc>
        <w:tc>
          <w:tcPr>
            <w:tcW w:w="1440" w:type="dxa"/>
          </w:tcPr>
          <w:p w14:paraId="510115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31943C0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1ED086E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72AF6D7" w14:textId="77777777" w:rsidTr="0029439B">
        <w:tc>
          <w:tcPr>
            <w:tcW w:w="1440" w:type="dxa"/>
          </w:tcPr>
          <w:p w14:paraId="02C507B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63</w:t>
            </w:r>
          </w:p>
        </w:tc>
        <w:tc>
          <w:tcPr>
            <w:tcW w:w="1440" w:type="dxa"/>
          </w:tcPr>
          <w:p w14:paraId="5BC6C68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FLáVIO REGES POSSER</w:t>
            </w:r>
          </w:p>
        </w:tc>
        <w:tc>
          <w:tcPr>
            <w:tcW w:w="1440" w:type="dxa"/>
          </w:tcPr>
          <w:p w14:paraId="73BC412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969******53</w:t>
            </w:r>
          </w:p>
        </w:tc>
        <w:tc>
          <w:tcPr>
            <w:tcW w:w="1440" w:type="dxa"/>
          </w:tcPr>
          <w:p w14:paraId="181D5B6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948423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242193A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AC1C922" w14:textId="77777777" w:rsidTr="0029439B">
        <w:tc>
          <w:tcPr>
            <w:tcW w:w="1440" w:type="dxa"/>
          </w:tcPr>
          <w:p w14:paraId="064C694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64</w:t>
            </w:r>
          </w:p>
        </w:tc>
        <w:tc>
          <w:tcPr>
            <w:tcW w:w="1440" w:type="dxa"/>
          </w:tcPr>
          <w:p w14:paraId="3C6F941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FLAVIO GERALDO BUZZATTI MORINI</w:t>
            </w:r>
          </w:p>
        </w:tc>
        <w:tc>
          <w:tcPr>
            <w:tcW w:w="1440" w:type="dxa"/>
          </w:tcPr>
          <w:p w14:paraId="1F914B9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583******15</w:t>
            </w:r>
          </w:p>
        </w:tc>
        <w:tc>
          <w:tcPr>
            <w:tcW w:w="1440" w:type="dxa"/>
          </w:tcPr>
          <w:p w14:paraId="240E994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F1B316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PINHERINHO</w:t>
            </w:r>
          </w:p>
        </w:tc>
        <w:tc>
          <w:tcPr>
            <w:tcW w:w="1440" w:type="dxa"/>
          </w:tcPr>
          <w:p w14:paraId="31440D5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BBDE52C" w14:textId="77777777" w:rsidTr="0029439B">
        <w:tc>
          <w:tcPr>
            <w:tcW w:w="1440" w:type="dxa"/>
          </w:tcPr>
          <w:p w14:paraId="174DEC1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65</w:t>
            </w:r>
          </w:p>
        </w:tc>
        <w:tc>
          <w:tcPr>
            <w:tcW w:w="1440" w:type="dxa"/>
          </w:tcPr>
          <w:p w14:paraId="2367779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FERNADO BATAGLIN</w:t>
            </w:r>
          </w:p>
        </w:tc>
        <w:tc>
          <w:tcPr>
            <w:tcW w:w="1440" w:type="dxa"/>
          </w:tcPr>
          <w:p w14:paraId="5364978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018******50</w:t>
            </w:r>
          </w:p>
        </w:tc>
        <w:tc>
          <w:tcPr>
            <w:tcW w:w="1440" w:type="dxa"/>
          </w:tcPr>
          <w:p w14:paraId="5515F9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4713521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4B411B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2660E66" w14:textId="77777777" w:rsidTr="0029439B">
        <w:tc>
          <w:tcPr>
            <w:tcW w:w="1440" w:type="dxa"/>
          </w:tcPr>
          <w:p w14:paraId="5F0D9A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66</w:t>
            </w:r>
          </w:p>
        </w:tc>
        <w:tc>
          <w:tcPr>
            <w:tcW w:w="1440" w:type="dxa"/>
          </w:tcPr>
          <w:p w14:paraId="27F8B8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ANDRE BATAGLIN</w:t>
            </w:r>
          </w:p>
        </w:tc>
        <w:tc>
          <w:tcPr>
            <w:tcW w:w="1440" w:type="dxa"/>
          </w:tcPr>
          <w:p w14:paraId="0BBDE93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043******41</w:t>
            </w:r>
          </w:p>
        </w:tc>
        <w:tc>
          <w:tcPr>
            <w:tcW w:w="1440" w:type="dxa"/>
          </w:tcPr>
          <w:p w14:paraId="0FA9BC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D9F1D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5C3AAF5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6FDF2D1" w14:textId="77777777" w:rsidTr="0029439B">
        <w:tc>
          <w:tcPr>
            <w:tcW w:w="1440" w:type="dxa"/>
          </w:tcPr>
          <w:p w14:paraId="30433ED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67</w:t>
            </w:r>
          </w:p>
        </w:tc>
        <w:tc>
          <w:tcPr>
            <w:tcW w:w="1440" w:type="dxa"/>
          </w:tcPr>
          <w:p w14:paraId="1ECD90A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TIAGO ANDRé HARTMANN</w:t>
            </w:r>
          </w:p>
        </w:tc>
        <w:tc>
          <w:tcPr>
            <w:tcW w:w="1440" w:type="dxa"/>
          </w:tcPr>
          <w:p w14:paraId="4F32F7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014******32</w:t>
            </w:r>
          </w:p>
        </w:tc>
        <w:tc>
          <w:tcPr>
            <w:tcW w:w="1440" w:type="dxa"/>
          </w:tcPr>
          <w:p w14:paraId="713C001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5DC5AC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1194729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5FFF9CB" w14:textId="77777777" w:rsidTr="0029439B">
        <w:tc>
          <w:tcPr>
            <w:tcW w:w="1440" w:type="dxa"/>
          </w:tcPr>
          <w:p w14:paraId="5758E01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68</w:t>
            </w:r>
          </w:p>
        </w:tc>
        <w:tc>
          <w:tcPr>
            <w:tcW w:w="1440" w:type="dxa"/>
          </w:tcPr>
          <w:p w14:paraId="079AAE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DANIEL  GAEKE PIBER</w:t>
            </w:r>
          </w:p>
        </w:tc>
        <w:tc>
          <w:tcPr>
            <w:tcW w:w="1440" w:type="dxa"/>
          </w:tcPr>
          <w:p w14:paraId="54242E0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041******35</w:t>
            </w:r>
          </w:p>
        </w:tc>
        <w:tc>
          <w:tcPr>
            <w:tcW w:w="1440" w:type="dxa"/>
          </w:tcPr>
          <w:p w14:paraId="0B07774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876938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RINCãO DOS   FONTANA</w:t>
            </w:r>
          </w:p>
        </w:tc>
        <w:tc>
          <w:tcPr>
            <w:tcW w:w="1440" w:type="dxa"/>
          </w:tcPr>
          <w:p w14:paraId="3805EA7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9DD07F8" w14:textId="77777777" w:rsidTr="0029439B">
        <w:tc>
          <w:tcPr>
            <w:tcW w:w="1440" w:type="dxa"/>
          </w:tcPr>
          <w:p w14:paraId="581ECD8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69</w:t>
            </w:r>
          </w:p>
        </w:tc>
        <w:tc>
          <w:tcPr>
            <w:tcW w:w="1440" w:type="dxa"/>
          </w:tcPr>
          <w:p w14:paraId="30C01D7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LEVINO SANTOS DIELO</w:t>
            </w:r>
          </w:p>
        </w:tc>
        <w:tc>
          <w:tcPr>
            <w:tcW w:w="1440" w:type="dxa"/>
          </w:tcPr>
          <w:p w14:paraId="553670F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970******04</w:t>
            </w:r>
          </w:p>
        </w:tc>
        <w:tc>
          <w:tcPr>
            <w:tcW w:w="1440" w:type="dxa"/>
          </w:tcPr>
          <w:p w14:paraId="249953D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931D5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77D8F93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703C7D7" w14:textId="77777777" w:rsidTr="0029439B">
        <w:tc>
          <w:tcPr>
            <w:tcW w:w="1440" w:type="dxa"/>
          </w:tcPr>
          <w:p w14:paraId="0F87AB4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70</w:t>
            </w:r>
          </w:p>
        </w:tc>
        <w:tc>
          <w:tcPr>
            <w:tcW w:w="1440" w:type="dxa"/>
          </w:tcPr>
          <w:p w14:paraId="62C1C79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JULIANO MENDES FERNANDES</w:t>
            </w:r>
          </w:p>
        </w:tc>
        <w:tc>
          <w:tcPr>
            <w:tcW w:w="1440" w:type="dxa"/>
          </w:tcPr>
          <w:p w14:paraId="3F13943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036******98</w:t>
            </w:r>
          </w:p>
        </w:tc>
        <w:tc>
          <w:tcPr>
            <w:tcW w:w="1440" w:type="dxa"/>
          </w:tcPr>
          <w:p w14:paraId="6D292AE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F602A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074396F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0F3D045" w14:textId="77777777" w:rsidTr="0029439B">
        <w:tc>
          <w:tcPr>
            <w:tcW w:w="1440" w:type="dxa"/>
          </w:tcPr>
          <w:p w14:paraId="771666D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71</w:t>
            </w:r>
          </w:p>
        </w:tc>
        <w:tc>
          <w:tcPr>
            <w:tcW w:w="1440" w:type="dxa"/>
          </w:tcPr>
          <w:p w14:paraId="3173F0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CELSO ROCHA MARQUES</w:t>
            </w:r>
          </w:p>
        </w:tc>
        <w:tc>
          <w:tcPr>
            <w:tcW w:w="1440" w:type="dxa"/>
          </w:tcPr>
          <w:p w14:paraId="47DECA7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633******91</w:t>
            </w:r>
          </w:p>
        </w:tc>
        <w:tc>
          <w:tcPr>
            <w:tcW w:w="1440" w:type="dxa"/>
          </w:tcPr>
          <w:p w14:paraId="4909771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0B2A9AF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7C8838B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E8DA5C1" w14:textId="77777777" w:rsidTr="0029439B">
        <w:tc>
          <w:tcPr>
            <w:tcW w:w="1440" w:type="dxa"/>
          </w:tcPr>
          <w:p w14:paraId="7489A52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72</w:t>
            </w:r>
          </w:p>
        </w:tc>
        <w:tc>
          <w:tcPr>
            <w:tcW w:w="1440" w:type="dxa"/>
          </w:tcPr>
          <w:p w14:paraId="5F92C5C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MARIA ELI NAISSINGER HARTMANN</w:t>
            </w:r>
          </w:p>
        </w:tc>
        <w:tc>
          <w:tcPr>
            <w:tcW w:w="1440" w:type="dxa"/>
          </w:tcPr>
          <w:p w14:paraId="1CBB3F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643******34</w:t>
            </w:r>
          </w:p>
        </w:tc>
        <w:tc>
          <w:tcPr>
            <w:tcW w:w="1440" w:type="dxa"/>
          </w:tcPr>
          <w:p w14:paraId="567F551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DF0DD9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C71386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AFE4D35" w14:textId="77777777" w:rsidTr="0029439B">
        <w:tc>
          <w:tcPr>
            <w:tcW w:w="1440" w:type="dxa"/>
          </w:tcPr>
          <w:p w14:paraId="0B1CAAE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73</w:t>
            </w:r>
          </w:p>
        </w:tc>
        <w:tc>
          <w:tcPr>
            <w:tcW w:w="1440" w:type="dxa"/>
          </w:tcPr>
          <w:p w14:paraId="65D4B52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DEJANIR JOCELI SILVA DA ROSA</w:t>
            </w:r>
          </w:p>
        </w:tc>
        <w:tc>
          <w:tcPr>
            <w:tcW w:w="1440" w:type="dxa"/>
          </w:tcPr>
          <w:p w14:paraId="2C35BE0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637******49</w:t>
            </w:r>
          </w:p>
        </w:tc>
        <w:tc>
          <w:tcPr>
            <w:tcW w:w="1440" w:type="dxa"/>
          </w:tcPr>
          <w:p w14:paraId="24C8FD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Olericultura</w:t>
            </w:r>
          </w:p>
        </w:tc>
        <w:tc>
          <w:tcPr>
            <w:tcW w:w="1440" w:type="dxa"/>
          </w:tcPr>
          <w:p w14:paraId="4DBA657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CAPOEIRA</w:t>
            </w:r>
          </w:p>
        </w:tc>
        <w:tc>
          <w:tcPr>
            <w:tcW w:w="1440" w:type="dxa"/>
          </w:tcPr>
          <w:p w14:paraId="02D470F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877FF4A" w14:textId="77777777" w:rsidTr="0029439B">
        <w:tc>
          <w:tcPr>
            <w:tcW w:w="1440" w:type="dxa"/>
          </w:tcPr>
          <w:p w14:paraId="78E4BAC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74</w:t>
            </w:r>
          </w:p>
        </w:tc>
        <w:tc>
          <w:tcPr>
            <w:tcW w:w="1440" w:type="dxa"/>
          </w:tcPr>
          <w:p w14:paraId="79DF456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ARLEI JOãO DELLA GIUSTINA</w:t>
            </w:r>
          </w:p>
        </w:tc>
        <w:tc>
          <w:tcPr>
            <w:tcW w:w="1440" w:type="dxa"/>
          </w:tcPr>
          <w:p w14:paraId="057769A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703******00</w:t>
            </w:r>
          </w:p>
        </w:tc>
        <w:tc>
          <w:tcPr>
            <w:tcW w:w="1440" w:type="dxa"/>
          </w:tcPr>
          <w:p w14:paraId="511CD34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9E334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DOS BRAUNER</w:t>
            </w:r>
          </w:p>
        </w:tc>
        <w:tc>
          <w:tcPr>
            <w:tcW w:w="1440" w:type="dxa"/>
          </w:tcPr>
          <w:p w14:paraId="7C63B73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AB93043" w14:textId="77777777" w:rsidTr="0029439B">
        <w:tc>
          <w:tcPr>
            <w:tcW w:w="1440" w:type="dxa"/>
          </w:tcPr>
          <w:p w14:paraId="4E89729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75</w:t>
            </w:r>
          </w:p>
        </w:tc>
        <w:tc>
          <w:tcPr>
            <w:tcW w:w="1440" w:type="dxa"/>
          </w:tcPr>
          <w:p w14:paraId="09FE6B0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LUIZ LELIO HAESBAERT</w:t>
            </w:r>
          </w:p>
        </w:tc>
        <w:tc>
          <w:tcPr>
            <w:tcW w:w="1440" w:type="dxa"/>
          </w:tcPr>
          <w:p w14:paraId="005D4A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059******72</w:t>
            </w:r>
          </w:p>
        </w:tc>
        <w:tc>
          <w:tcPr>
            <w:tcW w:w="1440" w:type="dxa"/>
          </w:tcPr>
          <w:p w14:paraId="15FE2C9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3017E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JOSE DO LOURO</w:t>
            </w:r>
          </w:p>
        </w:tc>
        <w:tc>
          <w:tcPr>
            <w:tcW w:w="1440" w:type="dxa"/>
          </w:tcPr>
          <w:p w14:paraId="7B641CF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0D0AEF3" w14:textId="77777777" w:rsidTr="0029439B">
        <w:tc>
          <w:tcPr>
            <w:tcW w:w="1440" w:type="dxa"/>
          </w:tcPr>
          <w:p w14:paraId="3D7D5B1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76</w:t>
            </w:r>
          </w:p>
        </w:tc>
        <w:tc>
          <w:tcPr>
            <w:tcW w:w="1440" w:type="dxa"/>
          </w:tcPr>
          <w:p w14:paraId="0D1BAE7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SADI ANTONIO DAMBROS</w:t>
            </w:r>
          </w:p>
        </w:tc>
        <w:tc>
          <w:tcPr>
            <w:tcW w:w="1440" w:type="dxa"/>
          </w:tcPr>
          <w:p w14:paraId="7A01A8E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591******59</w:t>
            </w:r>
          </w:p>
        </w:tc>
        <w:tc>
          <w:tcPr>
            <w:tcW w:w="1440" w:type="dxa"/>
          </w:tcPr>
          <w:p w14:paraId="2CBAA32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0F11F03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3E38B6F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F6A8148" w14:textId="77777777" w:rsidTr="0029439B">
        <w:tc>
          <w:tcPr>
            <w:tcW w:w="1440" w:type="dxa"/>
          </w:tcPr>
          <w:p w14:paraId="00D46C1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77</w:t>
            </w:r>
          </w:p>
        </w:tc>
        <w:tc>
          <w:tcPr>
            <w:tcW w:w="1440" w:type="dxa"/>
          </w:tcPr>
          <w:p w14:paraId="70441AC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VAGNER BRUNING</w:t>
            </w:r>
          </w:p>
        </w:tc>
        <w:tc>
          <w:tcPr>
            <w:tcW w:w="1440" w:type="dxa"/>
          </w:tcPr>
          <w:p w14:paraId="7FC33AD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988******87</w:t>
            </w:r>
          </w:p>
        </w:tc>
        <w:tc>
          <w:tcPr>
            <w:tcW w:w="1440" w:type="dxa"/>
          </w:tcPr>
          <w:p w14:paraId="7FB683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7EB6D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3DCEBE6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6DF2635" w14:textId="77777777" w:rsidTr="0029439B">
        <w:tc>
          <w:tcPr>
            <w:tcW w:w="1440" w:type="dxa"/>
          </w:tcPr>
          <w:p w14:paraId="73EE6C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78</w:t>
            </w:r>
          </w:p>
        </w:tc>
        <w:tc>
          <w:tcPr>
            <w:tcW w:w="1440" w:type="dxa"/>
          </w:tcPr>
          <w:p w14:paraId="1CB86C4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VALDECIR SPOLAOR PREUSS</w:t>
            </w:r>
          </w:p>
        </w:tc>
        <w:tc>
          <w:tcPr>
            <w:tcW w:w="1440" w:type="dxa"/>
          </w:tcPr>
          <w:p w14:paraId="6A1E1A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940******68</w:t>
            </w:r>
          </w:p>
        </w:tc>
        <w:tc>
          <w:tcPr>
            <w:tcW w:w="1440" w:type="dxa"/>
          </w:tcPr>
          <w:p w14:paraId="1FEAE0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0A8574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2529FD1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26ADFF6" w14:textId="77777777" w:rsidTr="0029439B">
        <w:tc>
          <w:tcPr>
            <w:tcW w:w="1440" w:type="dxa"/>
          </w:tcPr>
          <w:p w14:paraId="49C9AA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79</w:t>
            </w:r>
          </w:p>
        </w:tc>
        <w:tc>
          <w:tcPr>
            <w:tcW w:w="1440" w:type="dxa"/>
          </w:tcPr>
          <w:p w14:paraId="58A680F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ODECIR ANTELMO BRAUNER</w:t>
            </w:r>
          </w:p>
        </w:tc>
        <w:tc>
          <w:tcPr>
            <w:tcW w:w="1440" w:type="dxa"/>
          </w:tcPr>
          <w:p w14:paraId="06AFAD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978******78</w:t>
            </w:r>
          </w:p>
        </w:tc>
        <w:tc>
          <w:tcPr>
            <w:tcW w:w="1440" w:type="dxa"/>
          </w:tcPr>
          <w:p w14:paraId="1C8D98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F28A70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559BBB3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73115CA" w14:textId="77777777" w:rsidTr="0029439B">
        <w:tc>
          <w:tcPr>
            <w:tcW w:w="1440" w:type="dxa"/>
          </w:tcPr>
          <w:p w14:paraId="691EC12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80</w:t>
            </w:r>
          </w:p>
        </w:tc>
        <w:tc>
          <w:tcPr>
            <w:tcW w:w="1440" w:type="dxa"/>
          </w:tcPr>
          <w:p w14:paraId="5BE5A8E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ARISOLI HEMANN BCHISKI</w:t>
            </w:r>
          </w:p>
        </w:tc>
        <w:tc>
          <w:tcPr>
            <w:tcW w:w="1440" w:type="dxa"/>
          </w:tcPr>
          <w:p w14:paraId="148D595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698******34</w:t>
            </w:r>
          </w:p>
        </w:tc>
        <w:tc>
          <w:tcPr>
            <w:tcW w:w="1440" w:type="dxa"/>
          </w:tcPr>
          <w:p w14:paraId="0DA8697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0E3E44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RAFAEL</w:t>
            </w:r>
          </w:p>
        </w:tc>
        <w:tc>
          <w:tcPr>
            <w:tcW w:w="1440" w:type="dxa"/>
          </w:tcPr>
          <w:p w14:paraId="11B9926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C9DACD6" w14:textId="77777777" w:rsidTr="0029439B">
        <w:tc>
          <w:tcPr>
            <w:tcW w:w="1440" w:type="dxa"/>
          </w:tcPr>
          <w:p w14:paraId="511DA09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81</w:t>
            </w:r>
          </w:p>
        </w:tc>
        <w:tc>
          <w:tcPr>
            <w:tcW w:w="1440" w:type="dxa"/>
          </w:tcPr>
          <w:p w14:paraId="78A712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GILBERTO MALGARIN</w:t>
            </w:r>
          </w:p>
        </w:tc>
        <w:tc>
          <w:tcPr>
            <w:tcW w:w="1440" w:type="dxa"/>
          </w:tcPr>
          <w:p w14:paraId="3C8F00C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305******87</w:t>
            </w:r>
          </w:p>
        </w:tc>
        <w:tc>
          <w:tcPr>
            <w:tcW w:w="1440" w:type="dxa"/>
          </w:tcPr>
          <w:p w14:paraId="551D4F3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075066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CAMPESTRE</w:t>
            </w:r>
          </w:p>
        </w:tc>
        <w:tc>
          <w:tcPr>
            <w:tcW w:w="1440" w:type="dxa"/>
          </w:tcPr>
          <w:p w14:paraId="0482E52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1AEEB1D" w14:textId="77777777" w:rsidTr="0029439B">
        <w:tc>
          <w:tcPr>
            <w:tcW w:w="1440" w:type="dxa"/>
          </w:tcPr>
          <w:p w14:paraId="37FC52E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82</w:t>
            </w:r>
          </w:p>
        </w:tc>
        <w:tc>
          <w:tcPr>
            <w:tcW w:w="1440" w:type="dxa"/>
          </w:tcPr>
          <w:p w14:paraId="6605347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ALCIONE BRUNING</w:t>
            </w:r>
          </w:p>
        </w:tc>
        <w:tc>
          <w:tcPr>
            <w:tcW w:w="1440" w:type="dxa"/>
          </w:tcPr>
          <w:p w14:paraId="70BBB8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906******20</w:t>
            </w:r>
          </w:p>
        </w:tc>
        <w:tc>
          <w:tcPr>
            <w:tcW w:w="1440" w:type="dxa"/>
          </w:tcPr>
          <w:p w14:paraId="6C90318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72C9A07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3C1F23D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2D91370" w14:textId="77777777" w:rsidTr="0029439B">
        <w:tc>
          <w:tcPr>
            <w:tcW w:w="1440" w:type="dxa"/>
          </w:tcPr>
          <w:p w14:paraId="7E7E829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83</w:t>
            </w:r>
          </w:p>
        </w:tc>
        <w:tc>
          <w:tcPr>
            <w:tcW w:w="1440" w:type="dxa"/>
          </w:tcPr>
          <w:p w14:paraId="56659B0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ALEX BRUNING</w:t>
            </w:r>
          </w:p>
        </w:tc>
        <w:tc>
          <w:tcPr>
            <w:tcW w:w="1440" w:type="dxa"/>
          </w:tcPr>
          <w:p w14:paraId="12F914D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757******00</w:t>
            </w:r>
          </w:p>
        </w:tc>
        <w:tc>
          <w:tcPr>
            <w:tcW w:w="1440" w:type="dxa"/>
          </w:tcPr>
          <w:p w14:paraId="78A23A6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02A74C4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6725DE9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5E2AA0A" w14:textId="77777777" w:rsidTr="0029439B">
        <w:tc>
          <w:tcPr>
            <w:tcW w:w="1440" w:type="dxa"/>
          </w:tcPr>
          <w:p w14:paraId="4CCB6C3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84</w:t>
            </w:r>
          </w:p>
        </w:tc>
        <w:tc>
          <w:tcPr>
            <w:tcW w:w="1440" w:type="dxa"/>
          </w:tcPr>
          <w:p w14:paraId="3303E44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VOLMAR FRANCISCO HOFART</w:t>
            </w:r>
          </w:p>
        </w:tc>
        <w:tc>
          <w:tcPr>
            <w:tcW w:w="1440" w:type="dxa"/>
          </w:tcPr>
          <w:p w14:paraId="3759779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583******59</w:t>
            </w:r>
          </w:p>
        </w:tc>
        <w:tc>
          <w:tcPr>
            <w:tcW w:w="1440" w:type="dxa"/>
          </w:tcPr>
          <w:p w14:paraId="7E4EE3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38BF5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1B5B3A9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4CB519F" w14:textId="77777777" w:rsidTr="0029439B">
        <w:tc>
          <w:tcPr>
            <w:tcW w:w="1440" w:type="dxa"/>
          </w:tcPr>
          <w:p w14:paraId="33A201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85</w:t>
            </w:r>
          </w:p>
        </w:tc>
        <w:tc>
          <w:tcPr>
            <w:tcW w:w="1440" w:type="dxa"/>
          </w:tcPr>
          <w:p w14:paraId="69222F6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JOSé CARLOS HAESBAERT BITTENCOURT</w:t>
            </w:r>
          </w:p>
        </w:tc>
        <w:tc>
          <w:tcPr>
            <w:tcW w:w="1440" w:type="dxa"/>
          </w:tcPr>
          <w:p w14:paraId="5F8055B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011******70</w:t>
            </w:r>
          </w:p>
        </w:tc>
        <w:tc>
          <w:tcPr>
            <w:tcW w:w="1440" w:type="dxa"/>
          </w:tcPr>
          <w:p w14:paraId="5964E6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0EF755D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RINCãO DOS FONTANAS</w:t>
            </w:r>
          </w:p>
        </w:tc>
        <w:tc>
          <w:tcPr>
            <w:tcW w:w="1440" w:type="dxa"/>
          </w:tcPr>
          <w:p w14:paraId="41A3D26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A70E72F" w14:textId="77777777" w:rsidTr="0029439B">
        <w:tc>
          <w:tcPr>
            <w:tcW w:w="1440" w:type="dxa"/>
          </w:tcPr>
          <w:p w14:paraId="47070DF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86</w:t>
            </w:r>
          </w:p>
        </w:tc>
        <w:tc>
          <w:tcPr>
            <w:tcW w:w="1440" w:type="dxa"/>
          </w:tcPr>
          <w:p w14:paraId="74AE8D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CRISTIANE APARECIDA SOUZA DA SILVA</w:t>
            </w:r>
          </w:p>
        </w:tc>
        <w:tc>
          <w:tcPr>
            <w:tcW w:w="1440" w:type="dxa"/>
          </w:tcPr>
          <w:p w14:paraId="67763A4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887******72</w:t>
            </w:r>
          </w:p>
        </w:tc>
        <w:tc>
          <w:tcPr>
            <w:tcW w:w="1440" w:type="dxa"/>
          </w:tcPr>
          <w:p w14:paraId="3DA61E5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8E6CF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39A2826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F3548FF" w14:textId="77777777" w:rsidTr="0029439B">
        <w:tc>
          <w:tcPr>
            <w:tcW w:w="1440" w:type="dxa"/>
          </w:tcPr>
          <w:p w14:paraId="4861BA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87</w:t>
            </w:r>
          </w:p>
        </w:tc>
        <w:tc>
          <w:tcPr>
            <w:tcW w:w="1440" w:type="dxa"/>
          </w:tcPr>
          <w:p w14:paraId="682ABB7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VICENTE JOSé BRAUNER</w:t>
            </w:r>
          </w:p>
        </w:tc>
        <w:tc>
          <w:tcPr>
            <w:tcW w:w="1440" w:type="dxa"/>
          </w:tcPr>
          <w:p w14:paraId="4A65C58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757******00</w:t>
            </w:r>
          </w:p>
        </w:tc>
        <w:tc>
          <w:tcPr>
            <w:tcW w:w="1440" w:type="dxa"/>
          </w:tcPr>
          <w:p w14:paraId="3D579FF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5A08AF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5B00F7F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B636320" w14:textId="77777777" w:rsidTr="0029439B">
        <w:tc>
          <w:tcPr>
            <w:tcW w:w="1440" w:type="dxa"/>
          </w:tcPr>
          <w:p w14:paraId="4A3E34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88</w:t>
            </w:r>
          </w:p>
        </w:tc>
        <w:tc>
          <w:tcPr>
            <w:tcW w:w="1440" w:type="dxa"/>
          </w:tcPr>
          <w:p w14:paraId="4F5FD99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ROGERIO MACK</w:t>
            </w:r>
          </w:p>
        </w:tc>
        <w:tc>
          <w:tcPr>
            <w:tcW w:w="1440" w:type="dxa"/>
          </w:tcPr>
          <w:p w14:paraId="2B2C8F1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003******80</w:t>
            </w:r>
          </w:p>
        </w:tc>
        <w:tc>
          <w:tcPr>
            <w:tcW w:w="1440" w:type="dxa"/>
          </w:tcPr>
          <w:p w14:paraId="677B2A0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B07DD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77CA6A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9ECF6DB" w14:textId="77777777" w:rsidTr="0029439B">
        <w:tc>
          <w:tcPr>
            <w:tcW w:w="1440" w:type="dxa"/>
          </w:tcPr>
          <w:p w14:paraId="1EDE7AE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89</w:t>
            </w:r>
          </w:p>
        </w:tc>
        <w:tc>
          <w:tcPr>
            <w:tcW w:w="1440" w:type="dxa"/>
          </w:tcPr>
          <w:p w14:paraId="581D8CD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AMANDA WOUTERS MACK</w:t>
            </w:r>
          </w:p>
        </w:tc>
        <w:tc>
          <w:tcPr>
            <w:tcW w:w="1440" w:type="dxa"/>
          </w:tcPr>
          <w:p w14:paraId="00B0F24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038******88</w:t>
            </w:r>
          </w:p>
        </w:tc>
        <w:tc>
          <w:tcPr>
            <w:tcW w:w="1440" w:type="dxa"/>
          </w:tcPr>
          <w:p w14:paraId="1F4BE71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DED078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4947289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3D0040D" w14:textId="77777777" w:rsidTr="0029439B">
        <w:tc>
          <w:tcPr>
            <w:tcW w:w="1440" w:type="dxa"/>
          </w:tcPr>
          <w:p w14:paraId="22C70CC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90</w:t>
            </w:r>
          </w:p>
        </w:tc>
        <w:tc>
          <w:tcPr>
            <w:tcW w:w="1440" w:type="dxa"/>
          </w:tcPr>
          <w:p w14:paraId="4941B9E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FABRICIO FRAGOSO VARGAS</w:t>
            </w:r>
          </w:p>
        </w:tc>
        <w:tc>
          <w:tcPr>
            <w:tcW w:w="1440" w:type="dxa"/>
          </w:tcPr>
          <w:p w14:paraId="7985D9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019******06</w:t>
            </w:r>
          </w:p>
        </w:tc>
        <w:tc>
          <w:tcPr>
            <w:tcW w:w="1440" w:type="dxa"/>
          </w:tcPr>
          <w:p w14:paraId="1EE433B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3A0E0A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3DD7331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3155860" w14:textId="77777777" w:rsidTr="0029439B">
        <w:tc>
          <w:tcPr>
            <w:tcW w:w="1440" w:type="dxa"/>
          </w:tcPr>
          <w:p w14:paraId="5E3822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91</w:t>
            </w:r>
          </w:p>
        </w:tc>
        <w:tc>
          <w:tcPr>
            <w:tcW w:w="1440" w:type="dxa"/>
          </w:tcPr>
          <w:p w14:paraId="2A90F9D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WILIAN SILVA GROSS</w:t>
            </w:r>
          </w:p>
        </w:tc>
        <w:tc>
          <w:tcPr>
            <w:tcW w:w="1440" w:type="dxa"/>
          </w:tcPr>
          <w:p w14:paraId="16CDAFC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037******08</w:t>
            </w:r>
          </w:p>
        </w:tc>
        <w:tc>
          <w:tcPr>
            <w:tcW w:w="1440" w:type="dxa"/>
          </w:tcPr>
          <w:p w14:paraId="6BDD5D1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64999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708AACD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7BA883E" w14:textId="77777777" w:rsidTr="0029439B">
        <w:tc>
          <w:tcPr>
            <w:tcW w:w="1440" w:type="dxa"/>
          </w:tcPr>
          <w:p w14:paraId="34EC0B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92</w:t>
            </w:r>
          </w:p>
        </w:tc>
        <w:tc>
          <w:tcPr>
            <w:tcW w:w="1440" w:type="dxa"/>
          </w:tcPr>
          <w:p w14:paraId="5E70EA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NELIZIANDRE APARECIDA BRAUNER</w:t>
            </w:r>
          </w:p>
        </w:tc>
        <w:tc>
          <w:tcPr>
            <w:tcW w:w="1440" w:type="dxa"/>
          </w:tcPr>
          <w:p w14:paraId="2CD0105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006******10</w:t>
            </w:r>
          </w:p>
        </w:tc>
        <w:tc>
          <w:tcPr>
            <w:tcW w:w="1440" w:type="dxa"/>
          </w:tcPr>
          <w:p w14:paraId="45100A7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136D37F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6007D67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73E2C9D" w14:textId="77777777" w:rsidTr="0029439B">
        <w:tc>
          <w:tcPr>
            <w:tcW w:w="1440" w:type="dxa"/>
          </w:tcPr>
          <w:p w14:paraId="3A09682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93</w:t>
            </w:r>
          </w:p>
        </w:tc>
        <w:tc>
          <w:tcPr>
            <w:tcW w:w="1440" w:type="dxa"/>
          </w:tcPr>
          <w:p w14:paraId="15EE3BE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NILVO  PIZZANI</w:t>
            </w:r>
          </w:p>
        </w:tc>
        <w:tc>
          <w:tcPr>
            <w:tcW w:w="1440" w:type="dxa"/>
          </w:tcPr>
          <w:p w14:paraId="6F7DA1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449******91</w:t>
            </w:r>
          </w:p>
        </w:tc>
        <w:tc>
          <w:tcPr>
            <w:tcW w:w="1440" w:type="dxa"/>
          </w:tcPr>
          <w:p w14:paraId="41B14F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A42FA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CAMPESTRE</w:t>
            </w:r>
          </w:p>
        </w:tc>
        <w:tc>
          <w:tcPr>
            <w:tcW w:w="1440" w:type="dxa"/>
          </w:tcPr>
          <w:p w14:paraId="068FD7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9678674" w14:textId="77777777" w:rsidTr="0029439B">
        <w:tc>
          <w:tcPr>
            <w:tcW w:w="1440" w:type="dxa"/>
          </w:tcPr>
          <w:p w14:paraId="0742726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94</w:t>
            </w:r>
          </w:p>
        </w:tc>
        <w:tc>
          <w:tcPr>
            <w:tcW w:w="1440" w:type="dxa"/>
          </w:tcPr>
          <w:p w14:paraId="1B2AC9E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DIOMAR DE MOURA RECH</w:t>
            </w:r>
          </w:p>
        </w:tc>
        <w:tc>
          <w:tcPr>
            <w:tcW w:w="1440" w:type="dxa"/>
          </w:tcPr>
          <w:p w14:paraId="53918F5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562******00</w:t>
            </w:r>
          </w:p>
        </w:tc>
        <w:tc>
          <w:tcPr>
            <w:tcW w:w="1440" w:type="dxa"/>
          </w:tcPr>
          <w:p w14:paraId="1235F62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B31B4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GRAMA</w:t>
            </w:r>
          </w:p>
        </w:tc>
        <w:tc>
          <w:tcPr>
            <w:tcW w:w="1440" w:type="dxa"/>
          </w:tcPr>
          <w:p w14:paraId="7CE572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FC48D2D" w14:textId="77777777" w:rsidTr="0029439B">
        <w:tc>
          <w:tcPr>
            <w:tcW w:w="1440" w:type="dxa"/>
          </w:tcPr>
          <w:p w14:paraId="639DC8B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95</w:t>
            </w:r>
          </w:p>
        </w:tc>
        <w:tc>
          <w:tcPr>
            <w:tcW w:w="1440" w:type="dxa"/>
          </w:tcPr>
          <w:p w14:paraId="3729CD4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ELVIO RECK FERNANDES</w:t>
            </w:r>
          </w:p>
        </w:tc>
        <w:tc>
          <w:tcPr>
            <w:tcW w:w="1440" w:type="dxa"/>
          </w:tcPr>
          <w:p w14:paraId="59B4EA7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303******72</w:t>
            </w:r>
          </w:p>
        </w:tc>
        <w:tc>
          <w:tcPr>
            <w:tcW w:w="1440" w:type="dxa"/>
          </w:tcPr>
          <w:p w14:paraId="0C94CB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34EC9C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09FDB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9F4695E" w14:textId="77777777" w:rsidTr="0029439B">
        <w:tc>
          <w:tcPr>
            <w:tcW w:w="1440" w:type="dxa"/>
          </w:tcPr>
          <w:p w14:paraId="4268EA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96</w:t>
            </w:r>
          </w:p>
        </w:tc>
        <w:tc>
          <w:tcPr>
            <w:tcW w:w="1440" w:type="dxa"/>
          </w:tcPr>
          <w:p w14:paraId="4DEB250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VALDIR BRUTTI</w:t>
            </w:r>
          </w:p>
        </w:tc>
        <w:tc>
          <w:tcPr>
            <w:tcW w:w="1440" w:type="dxa"/>
          </w:tcPr>
          <w:p w14:paraId="50F8F92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633******87</w:t>
            </w:r>
          </w:p>
        </w:tc>
        <w:tc>
          <w:tcPr>
            <w:tcW w:w="1440" w:type="dxa"/>
          </w:tcPr>
          <w:p w14:paraId="7A7B25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61498CC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5DA9E64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B262680" w14:textId="77777777" w:rsidTr="0029439B">
        <w:tc>
          <w:tcPr>
            <w:tcW w:w="1440" w:type="dxa"/>
          </w:tcPr>
          <w:p w14:paraId="107B15B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</w:t>
            </w:r>
          </w:p>
        </w:tc>
        <w:tc>
          <w:tcPr>
            <w:tcW w:w="1440" w:type="dxa"/>
          </w:tcPr>
          <w:p w14:paraId="5CFDBE4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VOLMIR BRAUNER</w:t>
            </w:r>
          </w:p>
        </w:tc>
        <w:tc>
          <w:tcPr>
            <w:tcW w:w="1440" w:type="dxa"/>
          </w:tcPr>
          <w:p w14:paraId="0D79F36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039******95</w:t>
            </w:r>
          </w:p>
        </w:tc>
        <w:tc>
          <w:tcPr>
            <w:tcW w:w="1440" w:type="dxa"/>
          </w:tcPr>
          <w:p w14:paraId="1A7C6E9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32AAA5F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57ACCC4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C8CAD21" w14:textId="77777777" w:rsidTr="0029439B">
        <w:tc>
          <w:tcPr>
            <w:tcW w:w="1440" w:type="dxa"/>
          </w:tcPr>
          <w:p w14:paraId="219FBA6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</w:t>
            </w:r>
          </w:p>
        </w:tc>
        <w:tc>
          <w:tcPr>
            <w:tcW w:w="1440" w:type="dxa"/>
          </w:tcPr>
          <w:p w14:paraId="07BE698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CARLA DE MORAES SILVA</w:t>
            </w:r>
          </w:p>
        </w:tc>
        <w:tc>
          <w:tcPr>
            <w:tcW w:w="1440" w:type="dxa"/>
          </w:tcPr>
          <w:p w14:paraId="2EE2C8F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039******35</w:t>
            </w:r>
          </w:p>
        </w:tc>
        <w:tc>
          <w:tcPr>
            <w:tcW w:w="1440" w:type="dxa"/>
          </w:tcPr>
          <w:p w14:paraId="4D4487A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915801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HOLANDA</w:t>
            </w:r>
          </w:p>
        </w:tc>
        <w:tc>
          <w:tcPr>
            <w:tcW w:w="1440" w:type="dxa"/>
          </w:tcPr>
          <w:p w14:paraId="28DFCB7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221B619" w14:textId="77777777" w:rsidTr="0029439B">
        <w:tc>
          <w:tcPr>
            <w:tcW w:w="1440" w:type="dxa"/>
          </w:tcPr>
          <w:p w14:paraId="2BDAA7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99</w:t>
            </w:r>
          </w:p>
        </w:tc>
        <w:tc>
          <w:tcPr>
            <w:tcW w:w="1440" w:type="dxa"/>
          </w:tcPr>
          <w:p w14:paraId="7E4E26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LUCAS DELLA GIUSTINA</w:t>
            </w:r>
          </w:p>
        </w:tc>
        <w:tc>
          <w:tcPr>
            <w:tcW w:w="1440" w:type="dxa"/>
          </w:tcPr>
          <w:p w14:paraId="1729B7D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029******60</w:t>
            </w:r>
          </w:p>
        </w:tc>
        <w:tc>
          <w:tcPr>
            <w:tcW w:w="1440" w:type="dxa"/>
          </w:tcPr>
          <w:p w14:paraId="367E1A4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1EC3F7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5EF904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B25BC92" w14:textId="77777777" w:rsidTr="0029439B">
        <w:tc>
          <w:tcPr>
            <w:tcW w:w="1440" w:type="dxa"/>
          </w:tcPr>
          <w:p w14:paraId="325393B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100</w:t>
            </w:r>
          </w:p>
        </w:tc>
        <w:tc>
          <w:tcPr>
            <w:tcW w:w="1440" w:type="dxa"/>
          </w:tcPr>
          <w:p w14:paraId="4B564A3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ONEIDE JOSé DELLA GIUSTINA</w:t>
            </w:r>
          </w:p>
        </w:tc>
        <w:tc>
          <w:tcPr>
            <w:tcW w:w="1440" w:type="dxa"/>
          </w:tcPr>
          <w:p w14:paraId="4868FF8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420******72</w:t>
            </w:r>
          </w:p>
        </w:tc>
        <w:tc>
          <w:tcPr>
            <w:tcW w:w="1440" w:type="dxa"/>
          </w:tcPr>
          <w:p w14:paraId="7F20EEE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D7A31F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43DAC78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2565AD4" w14:textId="77777777" w:rsidTr="0029439B">
        <w:tc>
          <w:tcPr>
            <w:tcW w:w="1440" w:type="dxa"/>
          </w:tcPr>
          <w:p w14:paraId="31BFF2C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101</w:t>
            </w:r>
          </w:p>
        </w:tc>
        <w:tc>
          <w:tcPr>
            <w:tcW w:w="1440" w:type="dxa"/>
          </w:tcPr>
          <w:p w14:paraId="2BD25A1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EDEMAR PIZZANI</w:t>
            </w:r>
          </w:p>
        </w:tc>
        <w:tc>
          <w:tcPr>
            <w:tcW w:w="1440" w:type="dxa"/>
          </w:tcPr>
          <w:p w14:paraId="3FD635D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817******92</w:t>
            </w:r>
          </w:p>
        </w:tc>
        <w:tc>
          <w:tcPr>
            <w:tcW w:w="1440" w:type="dxa"/>
          </w:tcPr>
          <w:p w14:paraId="17DC2FA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51CFC7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740F846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20BE43A" w14:textId="77777777" w:rsidTr="0029439B">
        <w:tc>
          <w:tcPr>
            <w:tcW w:w="1440" w:type="dxa"/>
          </w:tcPr>
          <w:p w14:paraId="15E7258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102</w:t>
            </w:r>
          </w:p>
        </w:tc>
        <w:tc>
          <w:tcPr>
            <w:tcW w:w="1440" w:type="dxa"/>
          </w:tcPr>
          <w:p w14:paraId="5F983DF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ANDERSON POSSER</w:t>
            </w:r>
          </w:p>
        </w:tc>
        <w:tc>
          <w:tcPr>
            <w:tcW w:w="1440" w:type="dxa"/>
          </w:tcPr>
          <w:p w14:paraId="6E8EA3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000******16</w:t>
            </w:r>
          </w:p>
        </w:tc>
        <w:tc>
          <w:tcPr>
            <w:tcW w:w="1440" w:type="dxa"/>
          </w:tcPr>
          <w:p w14:paraId="7110D2A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D6F2B3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1CD993E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91FA0B4" w14:textId="77777777" w:rsidTr="0029439B">
        <w:tc>
          <w:tcPr>
            <w:tcW w:w="1440" w:type="dxa"/>
          </w:tcPr>
          <w:p w14:paraId="7D3F60B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103</w:t>
            </w:r>
          </w:p>
        </w:tc>
        <w:tc>
          <w:tcPr>
            <w:tcW w:w="1440" w:type="dxa"/>
          </w:tcPr>
          <w:p w14:paraId="036DDF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ADRIAN VOSGLEI DVORANOVSKI</w:t>
            </w:r>
          </w:p>
        </w:tc>
        <w:tc>
          <w:tcPr>
            <w:tcW w:w="1440" w:type="dxa"/>
          </w:tcPr>
          <w:p w14:paraId="2919043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049******10</w:t>
            </w:r>
          </w:p>
        </w:tc>
        <w:tc>
          <w:tcPr>
            <w:tcW w:w="1440" w:type="dxa"/>
          </w:tcPr>
          <w:p w14:paraId="3FC2A30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8F4BAC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FAE347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6B27321" w14:textId="77777777" w:rsidTr="0029439B">
        <w:tc>
          <w:tcPr>
            <w:tcW w:w="1440" w:type="dxa"/>
          </w:tcPr>
          <w:p w14:paraId="7D6513A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104</w:t>
            </w:r>
          </w:p>
        </w:tc>
        <w:tc>
          <w:tcPr>
            <w:tcW w:w="1440" w:type="dxa"/>
          </w:tcPr>
          <w:p w14:paraId="29B0981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CLEDER MACK FRAGOSO</w:t>
            </w:r>
          </w:p>
        </w:tc>
        <w:tc>
          <w:tcPr>
            <w:tcW w:w="1440" w:type="dxa"/>
          </w:tcPr>
          <w:p w14:paraId="76C82FE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643******53</w:t>
            </w:r>
          </w:p>
        </w:tc>
        <w:tc>
          <w:tcPr>
            <w:tcW w:w="1440" w:type="dxa"/>
          </w:tcPr>
          <w:p w14:paraId="78E39B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4ECE4F8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5BCDF16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FB7758D" w14:textId="77777777" w:rsidTr="0029439B">
        <w:tc>
          <w:tcPr>
            <w:tcW w:w="1440" w:type="dxa"/>
          </w:tcPr>
          <w:p w14:paraId="06F77EC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105</w:t>
            </w:r>
          </w:p>
        </w:tc>
        <w:tc>
          <w:tcPr>
            <w:tcW w:w="1440" w:type="dxa"/>
          </w:tcPr>
          <w:p w14:paraId="5FC6435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HIGOR FAO FORGIARINI</w:t>
            </w:r>
          </w:p>
        </w:tc>
        <w:tc>
          <w:tcPr>
            <w:tcW w:w="1440" w:type="dxa"/>
          </w:tcPr>
          <w:p w14:paraId="54127EA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043******26</w:t>
            </w:r>
          </w:p>
        </w:tc>
        <w:tc>
          <w:tcPr>
            <w:tcW w:w="1440" w:type="dxa"/>
          </w:tcPr>
          <w:p w14:paraId="6490C36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Outra</w:t>
            </w:r>
          </w:p>
        </w:tc>
        <w:tc>
          <w:tcPr>
            <w:tcW w:w="1440" w:type="dxa"/>
          </w:tcPr>
          <w:p w14:paraId="20A502E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CAMPESTRE</w:t>
            </w:r>
          </w:p>
        </w:tc>
        <w:tc>
          <w:tcPr>
            <w:tcW w:w="1440" w:type="dxa"/>
          </w:tcPr>
          <w:p w14:paraId="756C885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2C2CA92" w14:textId="77777777" w:rsidTr="0029439B">
        <w:tc>
          <w:tcPr>
            <w:tcW w:w="1440" w:type="dxa"/>
          </w:tcPr>
          <w:p w14:paraId="1C259D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106</w:t>
            </w:r>
          </w:p>
        </w:tc>
        <w:tc>
          <w:tcPr>
            <w:tcW w:w="1440" w:type="dxa"/>
          </w:tcPr>
          <w:p w14:paraId="6A1749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EDELMAR WEIDE DIAS</w:t>
            </w:r>
          </w:p>
        </w:tc>
        <w:tc>
          <w:tcPr>
            <w:tcW w:w="1440" w:type="dxa"/>
          </w:tcPr>
          <w:p w14:paraId="1A7740A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940******25</w:t>
            </w:r>
          </w:p>
        </w:tc>
        <w:tc>
          <w:tcPr>
            <w:tcW w:w="1440" w:type="dxa"/>
          </w:tcPr>
          <w:p w14:paraId="6BF8E25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46103E5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783420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D8F48A1" w14:textId="77777777" w:rsidTr="0029439B">
        <w:tc>
          <w:tcPr>
            <w:tcW w:w="1440" w:type="dxa"/>
          </w:tcPr>
          <w:p w14:paraId="05E1F85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107</w:t>
            </w:r>
          </w:p>
        </w:tc>
        <w:tc>
          <w:tcPr>
            <w:tcW w:w="1440" w:type="dxa"/>
          </w:tcPr>
          <w:p w14:paraId="48FFF4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SéRGIO PIBER BATAGLIN</w:t>
            </w:r>
          </w:p>
        </w:tc>
        <w:tc>
          <w:tcPr>
            <w:tcW w:w="1440" w:type="dxa"/>
          </w:tcPr>
          <w:p w14:paraId="1E5492E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780******72</w:t>
            </w:r>
          </w:p>
        </w:tc>
        <w:tc>
          <w:tcPr>
            <w:tcW w:w="1440" w:type="dxa"/>
          </w:tcPr>
          <w:p w14:paraId="2D93FB5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211DE9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138698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911EC64" w14:textId="77777777" w:rsidTr="0029439B">
        <w:tc>
          <w:tcPr>
            <w:tcW w:w="1440" w:type="dxa"/>
          </w:tcPr>
          <w:p w14:paraId="6CE2081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108</w:t>
            </w:r>
          </w:p>
        </w:tc>
        <w:tc>
          <w:tcPr>
            <w:tcW w:w="1440" w:type="dxa"/>
          </w:tcPr>
          <w:p w14:paraId="365DAF7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GUSTAVO DIAS</w:t>
            </w:r>
          </w:p>
        </w:tc>
        <w:tc>
          <w:tcPr>
            <w:tcW w:w="1440" w:type="dxa"/>
          </w:tcPr>
          <w:p w14:paraId="4320BF1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029******63</w:t>
            </w:r>
          </w:p>
        </w:tc>
        <w:tc>
          <w:tcPr>
            <w:tcW w:w="1440" w:type="dxa"/>
          </w:tcPr>
          <w:p w14:paraId="5A4FE04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455BAE2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6933F3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675ADCC" w14:textId="77777777" w:rsidTr="0029439B">
        <w:tc>
          <w:tcPr>
            <w:tcW w:w="1440" w:type="dxa"/>
          </w:tcPr>
          <w:p w14:paraId="0FA67F3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109</w:t>
            </w:r>
          </w:p>
        </w:tc>
        <w:tc>
          <w:tcPr>
            <w:tcW w:w="1440" w:type="dxa"/>
          </w:tcPr>
          <w:p w14:paraId="016B0E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ELTON MASCARIN</w:t>
            </w:r>
          </w:p>
        </w:tc>
        <w:tc>
          <w:tcPr>
            <w:tcW w:w="1440" w:type="dxa"/>
          </w:tcPr>
          <w:p w14:paraId="0305694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354******34</w:t>
            </w:r>
          </w:p>
        </w:tc>
        <w:tc>
          <w:tcPr>
            <w:tcW w:w="1440" w:type="dxa"/>
          </w:tcPr>
          <w:p w14:paraId="01A56B2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420C23F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66CBE0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8A6FEA2" w14:textId="77777777" w:rsidTr="0029439B">
        <w:tc>
          <w:tcPr>
            <w:tcW w:w="1440" w:type="dxa"/>
          </w:tcPr>
          <w:p w14:paraId="5B994A1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110</w:t>
            </w:r>
          </w:p>
        </w:tc>
        <w:tc>
          <w:tcPr>
            <w:tcW w:w="1440" w:type="dxa"/>
          </w:tcPr>
          <w:p w14:paraId="22BD47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PATRICIA SOUZA DOS SANTOS</w:t>
            </w:r>
          </w:p>
        </w:tc>
        <w:tc>
          <w:tcPr>
            <w:tcW w:w="1440" w:type="dxa"/>
          </w:tcPr>
          <w:p w14:paraId="525AA11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026******96</w:t>
            </w:r>
          </w:p>
        </w:tc>
        <w:tc>
          <w:tcPr>
            <w:tcW w:w="1440" w:type="dxa"/>
          </w:tcPr>
          <w:p w14:paraId="79E40A5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3C6D6A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DEMéTRIO RIBEIRO</w:t>
            </w:r>
          </w:p>
        </w:tc>
        <w:tc>
          <w:tcPr>
            <w:tcW w:w="1440" w:type="dxa"/>
          </w:tcPr>
          <w:p w14:paraId="4C9D468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0FE6EAB" w14:textId="77777777" w:rsidTr="0029439B">
        <w:tc>
          <w:tcPr>
            <w:tcW w:w="1440" w:type="dxa"/>
          </w:tcPr>
          <w:p w14:paraId="49836E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111</w:t>
            </w:r>
          </w:p>
        </w:tc>
        <w:tc>
          <w:tcPr>
            <w:tcW w:w="1440" w:type="dxa"/>
          </w:tcPr>
          <w:p w14:paraId="5221194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FAGNER ERDMANN</w:t>
            </w:r>
          </w:p>
        </w:tc>
        <w:tc>
          <w:tcPr>
            <w:tcW w:w="1440" w:type="dxa"/>
          </w:tcPr>
          <w:p w14:paraId="5AD4642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008******46</w:t>
            </w:r>
          </w:p>
        </w:tc>
        <w:tc>
          <w:tcPr>
            <w:tcW w:w="1440" w:type="dxa"/>
          </w:tcPr>
          <w:p w14:paraId="211238E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31ECE5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5FDF9F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F5A0DD8" w14:textId="77777777" w:rsidTr="0029439B">
        <w:tc>
          <w:tcPr>
            <w:tcW w:w="1440" w:type="dxa"/>
          </w:tcPr>
          <w:p w14:paraId="5BE86B6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112</w:t>
            </w:r>
          </w:p>
        </w:tc>
        <w:tc>
          <w:tcPr>
            <w:tcW w:w="1440" w:type="dxa"/>
          </w:tcPr>
          <w:p w14:paraId="7E6CA9E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JOãO RONALDO BUZATTI</w:t>
            </w:r>
          </w:p>
        </w:tc>
        <w:tc>
          <w:tcPr>
            <w:tcW w:w="1440" w:type="dxa"/>
          </w:tcPr>
          <w:p w14:paraId="29BFD7B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771******34</w:t>
            </w:r>
          </w:p>
        </w:tc>
        <w:tc>
          <w:tcPr>
            <w:tcW w:w="1440" w:type="dxa"/>
          </w:tcPr>
          <w:p w14:paraId="3FC27F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23905F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749A527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E190CEB" w14:textId="77777777" w:rsidTr="0029439B">
        <w:tc>
          <w:tcPr>
            <w:tcW w:w="1440" w:type="dxa"/>
          </w:tcPr>
          <w:p w14:paraId="1CD2124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113</w:t>
            </w:r>
          </w:p>
        </w:tc>
        <w:tc>
          <w:tcPr>
            <w:tcW w:w="1440" w:type="dxa"/>
          </w:tcPr>
          <w:p w14:paraId="4213FC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JOSé LINDOMAR KLIMICK</w:t>
            </w:r>
          </w:p>
        </w:tc>
        <w:tc>
          <w:tcPr>
            <w:tcW w:w="1440" w:type="dxa"/>
          </w:tcPr>
          <w:p w14:paraId="13C956C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555******15</w:t>
            </w:r>
          </w:p>
        </w:tc>
        <w:tc>
          <w:tcPr>
            <w:tcW w:w="1440" w:type="dxa"/>
          </w:tcPr>
          <w:p w14:paraId="2E13835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3DA3438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3B635DF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C48043C" w14:textId="77777777" w:rsidTr="0029439B">
        <w:tc>
          <w:tcPr>
            <w:tcW w:w="1440" w:type="dxa"/>
          </w:tcPr>
          <w:p w14:paraId="5211900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114</w:t>
            </w:r>
          </w:p>
        </w:tc>
        <w:tc>
          <w:tcPr>
            <w:tcW w:w="1440" w:type="dxa"/>
          </w:tcPr>
          <w:p w14:paraId="06D0262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ALCIONE FRAGOSO</w:t>
            </w:r>
          </w:p>
        </w:tc>
        <w:tc>
          <w:tcPr>
            <w:tcW w:w="1440" w:type="dxa"/>
          </w:tcPr>
          <w:p w14:paraId="7A54816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007******99</w:t>
            </w:r>
          </w:p>
        </w:tc>
        <w:tc>
          <w:tcPr>
            <w:tcW w:w="1440" w:type="dxa"/>
          </w:tcPr>
          <w:p w14:paraId="16F63BF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F66647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16281F5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0E2EF39" w14:textId="77777777" w:rsidTr="0029439B">
        <w:tc>
          <w:tcPr>
            <w:tcW w:w="1440" w:type="dxa"/>
          </w:tcPr>
          <w:p w14:paraId="11D7364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115</w:t>
            </w:r>
          </w:p>
        </w:tc>
        <w:tc>
          <w:tcPr>
            <w:tcW w:w="1440" w:type="dxa"/>
          </w:tcPr>
          <w:p w14:paraId="084A42C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FABIO FANTINEL</w:t>
            </w:r>
          </w:p>
        </w:tc>
        <w:tc>
          <w:tcPr>
            <w:tcW w:w="1440" w:type="dxa"/>
          </w:tcPr>
          <w:p w14:paraId="23EF64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780******87</w:t>
            </w:r>
          </w:p>
        </w:tc>
        <w:tc>
          <w:tcPr>
            <w:tcW w:w="1440" w:type="dxa"/>
          </w:tcPr>
          <w:p w14:paraId="31DCC3F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D57DF9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2F2A329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A942D53" w14:textId="77777777" w:rsidTr="0029439B">
        <w:tc>
          <w:tcPr>
            <w:tcW w:w="1440" w:type="dxa"/>
          </w:tcPr>
          <w:p w14:paraId="1D000B9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116</w:t>
            </w:r>
          </w:p>
        </w:tc>
        <w:tc>
          <w:tcPr>
            <w:tcW w:w="1440" w:type="dxa"/>
          </w:tcPr>
          <w:p w14:paraId="25C8737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JOSé EDUARDO DA SILVA ESCALLON</w:t>
            </w:r>
          </w:p>
        </w:tc>
        <w:tc>
          <w:tcPr>
            <w:tcW w:w="1440" w:type="dxa"/>
          </w:tcPr>
          <w:p w14:paraId="1601C3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046******78</w:t>
            </w:r>
          </w:p>
        </w:tc>
        <w:tc>
          <w:tcPr>
            <w:tcW w:w="1440" w:type="dxa"/>
          </w:tcPr>
          <w:p w14:paraId="5CB506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7C5A49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RAFAEL</w:t>
            </w:r>
          </w:p>
        </w:tc>
        <w:tc>
          <w:tcPr>
            <w:tcW w:w="1440" w:type="dxa"/>
          </w:tcPr>
          <w:p w14:paraId="6448DEB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D9C002B" w14:textId="77777777" w:rsidTr="0029439B">
        <w:tc>
          <w:tcPr>
            <w:tcW w:w="1440" w:type="dxa"/>
          </w:tcPr>
          <w:p w14:paraId="019BC11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117</w:t>
            </w:r>
          </w:p>
        </w:tc>
        <w:tc>
          <w:tcPr>
            <w:tcW w:w="1440" w:type="dxa"/>
          </w:tcPr>
          <w:p w14:paraId="4F4C47F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MáRCIO FRIGO DOS SANTOS</w:t>
            </w:r>
          </w:p>
        </w:tc>
        <w:tc>
          <w:tcPr>
            <w:tcW w:w="1440" w:type="dxa"/>
          </w:tcPr>
          <w:p w14:paraId="3C71545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005******35</w:t>
            </w:r>
          </w:p>
        </w:tc>
        <w:tc>
          <w:tcPr>
            <w:tcW w:w="1440" w:type="dxa"/>
          </w:tcPr>
          <w:p w14:paraId="62BDD78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2802909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DEMéTRIO RIBEIRO</w:t>
            </w:r>
          </w:p>
        </w:tc>
        <w:tc>
          <w:tcPr>
            <w:tcW w:w="1440" w:type="dxa"/>
          </w:tcPr>
          <w:p w14:paraId="0572BBD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3440FC9" w14:textId="77777777" w:rsidTr="0029439B">
        <w:tc>
          <w:tcPr>
            <w:tcW w:w="1440" w:type="dxa"/>
          </w:tcPr>
          <w:p w14:paraId="04BF30C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118</w:t>
            </w:r>
          </w:p>
        </w:tc>
        <w:tc>
          <w:tcPr>
            <w:tcW w:w="1440" w:type="dxa"/>
          </w:tcPr>
          <w:p w14:paraId="35BF6D9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JAIR FONTANA</w:t>
            </w:r>
          </w:p>
        </w:tc>
        <w:tc>
          <w:tcPr>
            <w:tcW w:w="1440" w:type="dxa"/>
          </w:tcPr>
          <w:p w14:paraId="0BDBA97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643******91</w:t>
            </w:r>
          </w:p>
        </w:tc>
        <w:tc>
          <w:tcPr>
            <w:tcW w:w="1440" w:type="dxa"/>
          </w:tcPr>
          <w:p w14:paraId="05005C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9F1E4A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RINCãO DOS FONTANA</w:t>
            </w:r>
          </w:p>
        </w:tc>
        <w:tc>
          <w:tcPr>
            <w:tcW w:w="1440" w:type="dxa"/>
          </w:tcPr>
          <w:p w14:paraId="4FDE6E8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501D632" w14:textId="77777777" w:rsidTr="0029439B">
        <w:tc>
          <w:tcPr>
            <w:tcW w:w="1440" w:type="dxa"/>
          </w:tcPr>
          <w:p w14:paraId="051E4F7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119</w:t>
            </w:r>
          </w:p>
        </w:tc>
        <w:tc>
          <w:tcPr>
            <w:tcW w:w="1440" w:type="dxa"/>
          </w:tcPr>
          <w:p w14:paraId="76DB399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VALDECIR FANEZI DVORANOVSKI</w:t>
            </w:r>
          </w:p>
        </w:tc>
        <w:tc>
          <w:tcPr>
            <w:tcW w:w="1440" w:type="dxa"/>
          </w:tcPr>
          <w:p w14:paraId="533DE40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672******00</w:t>
            </w:r>
          </w:p>
        </w:tc>
        <w:tc>
          <w:tcPr>
            <w:tcW w:w="1440" w:type="dxa"/>
          </w:tcPr>
          <w:p w14:paraId="08627A0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4F108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6DDE522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BE720BD" w14:textId="77777777" w:rsidTr="0029439B">
        <w:tc>
          <w:tcPr>
            <w:tcW w:w="1440" w:type="dxa"/>
          </w:tcPr>
          <w:p w14:paraId="3282E89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120</w:t>
            </w:r>
          </w:p>
        </w:tc>
        <w:tc>
          <w:tcPr>
            <w:tcW w:w="1440" w:type="dxa"/>
          </w:tcPr>
          <w:p w14:paraId="6322046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LEO PAULO LODETTI</w:t>
            </w:r>
          </w:p>
        </w:tc>
        <w:tc>
          <w:tcPr>
            <w:tcW w:w="1440" w:type="dxa"/>
          </w:tcPr>
          <w:p w14:paraId="2B0FE6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354******68</w:t>
            </w:r>
          </w:p>
        </w:tc>
        <w:tc>
          <w:tcPr>
            <w:tcW w:w="1440" w:type="dxa"/>
          </w:tcPr>
          <w:p w14:paraId="1C1A96B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4315DAE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387BAEA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3B84789" w14:textId="77777777" w:rsidTr="0029439B">
        <w:tc>
          <w:tcPr>
            <w:tcW w:w="1440" w:type="dxa"/>
          </w:tcPr>
          <w:p w14:paraId="6CDFF31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121</w:t>
            </w:r>
          </w:p>
        </w:tc>
        <w:tc>
          <w:tcPr>
            <w:tcW w:w="1440" w:type="dxa"/>
          </w:tcPr>
          <w:p w14:paraId="667D799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PAULO CEZAR FRAGOSO VARGAS</w:t>
            </w:r>
          </w:p>
        </w:tc>
        <w:tc>
          <w:tcPr>
            <w:tcW w:w="1440" w:type="dxa"/>
          </w:tcPr>
          <w:p w14:paraId="76ADA3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988******87</w:t>
            </w:r>
          </w:p>
        </w:tc>
        <w:tc>
          <w:tcPr>
            <w:tcW w:w="1440" w:type="dxa"/>
          </w:tcPr>
          <w:p w14:paraId="7E58726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222970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</w:t>
            </w:r>
          </w:p>
        </w:tc>
        <w:tc>
          <w:tcPr>
            <w:tcW w:w="1440" w:type="dxa"/>
          </w:tcPr>
          <w:p w14:paraId="2ABF309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D5147BC" w14:textId="77777777" w:rsidTr="0029439B">
        <w:tc>
          <w:tcPr>
            <w:tcW w:w="1440" w:type="dxa"/>
          </w:tcPr>
          <w:p w14:paraId="4F9D001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122</w:t>
            </w:r>
          </w:p>
        </w:tc>
        <w:tc>
          <w:tcPr>
            <w:tcW w:w="1440" w:type="dxa"/>
          </w:tcPr>
          <w:p w14:paraId="5519BB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TEREZINHA APARECIDA BRAUNER</w:t>
            </w:r>
          </w:p>
        </w:tc>
        <w:tc>
          <w:tcPr>
            <w:tcW w:w="1440" w:type="dxa"/>
          </w:tcPr>
          <w:p w14:paraId="572E0C4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984******20</w:t>
            </w:r>
          </w:p>
        </w:tc>
        <w:tc>
          <w:tcPr>
            <w:tcW w:w="1440" w:type="dxa"/>
          </w:tcPr>
          <w:p w14:paraId="1C9AE23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7CE4C4D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DEMETRIO RIBEIRO</w:t>
            </w:r>
          </w:p>
        </w:tc>
        <w:tc>
          <w:tcPr>
            <w:tcW w:w="1440" w:type="dxa"/>
          </w:tcPr>
          <w:p w14:paraId="6F61930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857EB5F" w14:textId="77777777" w:rsidTr="0029439B">
        <w:tc>
          <w:tcPr>
            <w:tcW w:w="1440" w:type="dxa"/>
          </w:tcPr>
          <w:p w14:paraId="0239BDF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123</w:t>
            </w:r>
          </w:p>
        </w:tc>
        <w:tc>
          <w:tcPr>
            <w:tcW w:w="1440" w:type="dxa"/>
          </w:tcPr>
          <w:p w14:paraId="7C391E7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MARCIO FRAGOSO  VARGAS</w:t>
            </w:r>
          </w:p>
        </w:tc>
        <w:tc>
          <w:tcPr>
            <w:tcW w:w="1440" w:type="dxa"/>
          </w:tcPr>
          <w:p w14:paraId="3653B4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988******68</w:t>
            </w:r>
          </w:p>
        </w:tc>
        <w:tc>
          <w:tcPr>
            <w:tcW w:w="1440" w:type="dxa"/>
          </w:tcPr>
          <w:p w14:paraId="443A8C6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5283B1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FRANCISCO XAVIER</w:t>
            </w:r>
          </w:p>
        </w:tc>
        <w:tc>
          <w:tcPr>
            <w:tcW w:w="1440" w:type="dxa"/>
          </w:tcPr>
          <w:p w14:paraId="43705AC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493AC3E" w14:textId="77777777" w:rsidTr="0029439B">
        <w:tc>
          <w:tcPr>
            <w:tcW w:w="1440" w:type="dxa"/>
          </w:tcPr>
          <w:p w14:paraId="6FED7C3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124</w:t>
            </w:r>
          </w:p>
        </w:tc>
        <w:tc>
          <w:tcPr>
            <w:tcW w:w="1440" w:type="dxa"/>
          </w:tcPr>
          <w:p w14:paraId="04C443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EDIANE TEREZINHA HAFORT</w:t>
            </w:r>
          </w:p>
        </w:tc>
        <w:tc>
          <w:tcPr>
            <w:tcW w:w="1440" w:type="dxa"/>
          </w:tcPr>
          <w:p w14:paraId="785D30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920******15</w:t>
            </w:r>
          </w:p>
        </w:tc>
        <w:tc>
          <w:tcPr>
            <w:tcW w:w="1440" w:type="dxa"/>
          </w:tcPr>
          <w:p w14:paraId="2A19A9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Olericultura</w:t>
            </w:r>
          </w:p>
        </w:tc>
        <w:tc>
          <w:tcPr>
            <w:tcW w:w="1440" w:type="dxa"/>
          </w:tcPr>
          <w:p w14:paraId="3575B91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004BBC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F14618F" w14:textId="77777777" w:rsidTr="0029439B">
        <w:tc>
          <w:tcPr>
            <w:tcW w:w="1440" w:type="dxa"/>
          </w:tcPr>
          <w:p w14:paraId="6043B8B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125</w:t>
            </w:r>
          </w:p>
        </w:tc>
        <w:tc>
          <w:tcPr>
            <w:tcW w:w="1440" w:type="dxa"/>
          </w:tcPr>
          <w:p w14:paraId="211225D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FRANCIELE APARECIDA TASCHETTO KLIMECK</w:t>
            </w:r>
          </w:p>
        </w:tc>
        <w:tc>
          <w:tcPr>
            <w:tcW w:w="1440" w:type="dxa"/>
          </w:tcPr>
          <w:p w14:paraId="5041748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018******44</w:t>
            </w:r>
          </w:p>
        </w:tc>
        <w:tc>
          <w:tcPr>
            <w:tcW w:w="1440" w:type="dxa"/>
          </w:tcPr>
          <w:p w14:paraId="7A20425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429D37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24662E8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36D036C" w14:textId="77777777" w:rsidTr="0029439B">
        <w:tc>
          <w:tcPr>
            <w:tcW w:w="1440" w:type="dxa"/>
          </w:tcPr>
          <w:p w14:paraId="4BEFAD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126</w:t>
            </w:r>
          </w:p>
        </w:tc>
        <w:tc>
          <w:tcPr>
            <w:tcW w:w="1440" w:type="dxa"/>
          </w:tcPr>
          <w:p w14:paraId="44E7848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LUCIELE KLIMICK  BRAUNER</w:t>
            </w:r>
          </w:p>
        </w:tc>
        <w:tc>
          <w:tcPr>
            <w:tcW w:w="1440" w:type="dxa"/>
          </w:tcPr>
          <w:p w14:paraId="00D3A9A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019******52</w:t>
            </w:r>
          </w:p>
        </w:tc>
        <w:tc>
          <w:tcPr>
            <w:tcW w:w="1440" w:type="dxa"/>
          </w:tcPr>
          <w:p w14:paraId="53201C2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1E4A54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0BA5D1C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2D79ED5" w14:textId="77777777" w:rsidTr="0029439B">
        <w:tc>
          <w:tcPr>
            <w:tcW w:w="1440" w:type="dxa"/>
          </w:tcPr>
          <w:p w14:paraId="382941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127</w:t>
            </w:r>
          </w:p>
        </w:tc>
        <w:tc>
          <w:tcPr>
            <w:tcW w:w="1440" w:type="dxa"/>
          </w:tcPr>
          <w:p w14:paraId="21BF71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EDER BRUTTI</w:t>
            </w:r>
          </w:p>
        </w:tc>
        <w:tc>
          <w:tcPr>
            <w:tcW w:w="1440" w:type="dxa"/>
          </w:tcPr>
          <w:p w14:paraId="485FD42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961******15</w:t>
            </w:r>
          </w:p>
        </w:tc>
        <w:tc>
          <w:tcPr>
            <w:tcW w:w="1440" w:type="dxa"/>
          </w:tcPr>
          <w:p w14:paraId="1F5A1E3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5F45826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08A8E7F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66D7137" w14:textId="77777777" w:rsidTr="0029439B">
        <w:tc>
          <w:tcPr>
            <w:tcW w:w="1440" w:type="dxa"/>
          </w:tcPr>
          <w:p w14:paraId="34F542B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128</w:t>
            </w:r>
          </w:p>
        </w:tc>
        <w:tc>
          <w:tcPr>
            <w:tcW w:w="1440" w:type="dxa"/>
          </w:tcPr>
          <w:p w14:paraId="400E6C6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HERMES  KLIMECK DA SILVA</w:t>
            </w:r>
          </w:p>
        </w:tc>
        <w:tc>
          <w:tcPr>
            <w:tcW w:w="1440" w:type="dxa"/>
          </w:tcPr>
          <w:p w14:paraId="0461B5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606******25</w:t>
            </w:r>
          </w:p>
        </w:tc>
        <w:tc>
          <w:tcPr>
            <w:tcW w:w="1440" w:type="dxa"/>
          </w:tcPr>
          <w:p w14:paraId="337D335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528494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559028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E094394" w14:textId="77777777" w:rsidTr="0029439B">
        <w:tc>
          <w:tcPr>
            <w:tcW w:w="1440" w:type="dxa"/>
          </w:tcPr>
          <w:p w14:paraId="7F9D1AD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129</w:t>
            </w:r>
          </w:p>
        </w:tc>
        <w:tc>
          <w:tcPr>
            <w:tcW w:w="1440" w:type="dxa"/>
          </w:tcPr>
          <w:p w14:paraId="491C0F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CLAUDIO GOMERCINDO FRAGOSO PERES</w:t>
            </w:r>
          </w:p>
        </w:tc>
        <w:tc>
          <w:tcPr>
            <w:tcW w:w="1440" w:type="dxa"/>
          </w:tcPr>
          <w:p w14:paraId="547E7C5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921******04</w:t>
            </w:r>
          </w:p>
        </w:tc>
        <w:tc>
          <w:tcPr>
            <w:tcW w:w="1440" w:type="dxa"/>
          </w:tcPr>
          <w:p w14:paraId="1376389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396661F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27C8D1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0B512A7" w14:textId="77777777" w:rsidTr="0029439B">
        <w:tc>
          <w:tcPr>
            <w:tcW w:w="1440" w:type="dxa"/>
          </w:tcPr>
          <w:p w14:paraId="24726CC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130</w:t>
            </w:r>
          </w:p>
        </w:tc>
        <w:tc>
          <w:tcPr>
            <w:tcW w:w="1440" w:type="dxa"/>
          </w:tcPr>
          <w:p w14:paraId="54C3798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VERONICA BACHER  SAUL</w:t>
            </w:r>
          </w:p>
        </w:tc>
        <w:tc>
          <w:tcPr>
            <w:tcW w:w="1440" w:type="dxa"/>
          </w:tcPr>
          <w:p w14:paraId="6A1A70E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011******81</w:t>
            </w:r>
          </w:p>
        </w:tc>
        <w:tc>
          <w:tcPr>
            <w:tcW w:w="1440" w:type="dxa"/>
          </w:tcPr>
          <w:p w14:paraId="136A62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Olericultura</w:t>
            </w:r>
          </w:p>
        </w:tc>
        <w:tc>
          <w:tcPr>
            <w:tcW w:w="1440" w:type="dxa"/>
          </w:tcPr>
          <w:p w14:paraId="7362E8F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3490C3D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39F1742" w14:textId="77777777" w:rsidTr="0029439B">
        <w:tc>
          <w:tcPr>
            <w:tcW w:w="1440" w:type="dxa"/>
          </w:tcPr>
          <w:p w14:paraId="2D994F7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131</w:t>
            </w:r>
          </w:p>
        </w:tc>
        <w:tc>
          <w:tcPr>
            <w:tcW w:w="1440" w:type="dxa"/>
          </w:tcPr>
          <w:p w14:paraId="6D8A1D9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ANTONIA TEREZINHA CLARO BENTO</w:t>
            </w:r>
          </w:p>
        </w:tc>
        <w:tc>
          <w:tcPr>
            <w:tcW w:w="1440" w:type="dxa"/>
          </w:tcPr>
          <w:p w14:paraId="669DD46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000******07</w:t>
            </w:r>
          </w:p>
        </w:tc>
        <w:tc>
          <w:tcPr>
            <w:tcW w:w="1440" w:type="dxa"/>
          </w:tcPr>
          <w:p w14:paraId="4FEAC6F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CDEDC9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0CC2AE2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10EEFCF" w14:textId="77777777" w:rsidTr="0029439B">
        <w:tc>
          <w:tcPr>
            <w:tcW w:w="1440" w:type="dxa"/>
          </w:tcPr>
          <w:p w14:paraId="294C0EB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132</w:t>
            </w:r>
          </w:p>
        </w:tc>
        <w:tc>
          <w:tcPr>
            <w:tcW w:w="1440" w:type="dxa"/>
          </w:tcPr>
          <w:p w14:paraId="65DCCD0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DELCIO ANTONIO BRAUNER</w:t>
            </w:r>
          </w:p>
        </w:tc>
        <w:tc>
          <w:tcPr>
            <w:tcW w:w="1440" w:type="dxa"/>
          </w:tcPr>
          <w:p w14:paraId="62B37EB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006******73</w:t>
            </w:r>
          </w:p>
        </w:tc>
        <w:tc>
          <w:tcPr>
            <w:tcW w:w="1440" w:type="dxa"/>
          </w:tcPr>
          <w:p w14:paraId="1B11B45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13F158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3C2922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3B78E1C" w14:textId="77777777" w:rsidTr="0029439B">
        <w:tc>
          <w:tcPr>
            <w:tcW w:w="1440" w:type="dxa"/>
          </w:tcPr>
          <w:p w14:paraId="051284E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133</w:t>
            </w:r>
          </w:p>
        </w:tc>
        <w:tc>
          <w:tcPr>
            <w:tcW w:w="1440" w:type="dxa"/>
          </w:tcPr>
          <w:p w14:paraId="328289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LUCIANE MARIA POSSER</w:t>
            </w:r>
          </w:p>
        </w:tc>
        <w:tc>
          <w:tcPr>
            <w:tcW w:w="1440" w:type="dxa"/>
          </w:tcPr>
          <w:p w14:paraId="54D4B68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527******82</w:t>
            </w:r>
          </w:p>
        </w:tc>
        <w:tc>
          <w:tcPr>
            <w:tcW w:w="1440" w:type="dxa"/>
          </w:tcPr>
          <w:p w14:paraId="7F6BEBB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A3F3A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16BCCAA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1474F7C" w14:textId="77777777" w:rsidTr="0029439B">
        <w:tc>
          <w:tcPr>
            <w:tcW w:w="1440" w:type="dxa"/>
          </w:tcPr>
          <w:p w14:paraId="13D3A46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134</w:t>
            </w:r>
          </w:p>
        </w:tc>
        <w:tc>
          <w:tcPr>
            <w:tcW w:w="1440" w:type="dxa"/>
          </w:tcPr>
          <w:p w14:paraId="39571AA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JOSE LUIZ DE DAVID</w:t>
            </w:r>
          </w:p>
        </w:tc>
        <w:tc>
          <w:tcPr>
            <w:tcW w:w="1440" w:type="dxa"/>
          </w:tcPr>
          <w:p w14:paraId="5DA534B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498******72</w:t>
            </w:r>
          </w:p>
        </w:tc>
        <w:tc>
          <w:tcPr>
            <w:tcW w:w="1440" w:type="dxa"/>
          </w:tcPr>
          <w:p w14:paraId="25E4C42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445B3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111582C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24E692F" w14:textId="77777777" w:rsidTr="0029439B">
        <w:tc>
          <w:tcPr>
            <w:tcW w:w="1440" w:type="dxa"/>
          </w:tcPr>
          <w:p w14:paraId="27C1023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135</w:t>
            </w:r>
          </w:p>
        </w:tc>
        <w:tc>
          <w:tcPr>
            <w:tcW w:w="1440" w:type="dxa"/>
          </w:tcPr>
          <w:p w14:paraId="327DE9D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CLAUDIO BECHE</w:t>
            </w:r>
          </w:p>
        </w:tc>
        <w:tc>
          <w:tcPr>
            <w:tcW w:w="1440" w:type="dxa"/>
          </w:tcPr>
          <w:p w14:paraId="2380D2D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354******00</w:t>
            </w:r>
          </w:p>
        </w:tc>
        <w:tc>
          <w:tcPr>
            <w:tcW w:w="1440" w:type="dxa"/>
          </w:tcPr>
          <w:p w14:paraId="2025F36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Fruticultura</w:t>
            </w:r>
          </w:p>
        </w:tc>
        <w:tc>
          <w:tcPr>
            <w:tcW w:w="1440" w:type="dxa"/>
          </w:tcPr>
          <w:p w14:paraId="6AF7EF2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49E91D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CA2A071" w14:textId="77777777" w:rsidTr="0029439B">
        <w:tc>
          <w:tcPr>
            <w:tcW w:w="1440" w:type="dxa"/>
          </w:tcPr>
          <w:p w14:paraId="6525F5C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136</w:t>
            </w:r>
          </w:p>
        </w:tc>
        <w:tc>
          <w:tcPr>
            <w:tcW w:w="1440" w:type="dxa"/>
          </w:tcPr>
          <w:p w14:paraId="7C51EA7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WALDEMAR FERNANDES VARGAS</w:t>
            </w:r>
          </w:p>
        </w:tc>
        <w:tc>
          <w:tcPr>
            <w:tcW w:w="1440" w:type="dxa"/>
          </w:tcPr>
          <w:p w14:paraId="6D9CD30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244******20</w:t>
            </w:r>
          </w:p>
        </w:tc>
        <w:tc>
          <w:tcPr>
            <w:tcW w:w="1440" w:type="dxa"/>
          </w:tcPr>
          <w:p w14:paraId="3457F6A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2D9D3E8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04758CA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6466984" w14:textId="77777777" w:rsidTr="0029439B">
        <w:tc>
          <w:tcPr>
            <w:tcW w:w="1440" w:type="dxa"/>
          </w:tcPr>
          <w:p w14:paraId="75F1CF7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137</w:t>
            </w:r>
          </w:p>
        </w:tc>
        <w:tc>
          <w:tcPr>
            <w:tcW w:w="1440" w:type="dxa"/>
          </w:tcPr>
          <w:p w14:paraId="58B1D05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JOSCENIR BRISOTTO</w:t>
            </w:r>
          </w:p>
        </w:tc>
        <w:tc>
          <w:tcPr>
            <w:tcW w:w="1440" w:type="dxa"/>
          </w:tcPr>
          <w:p w14:paraId="3892830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943******15</w:t>
            </w:r>
          </w:p>
        </w:tc>
        <w:tc>
          <w:tcPr>
            <w:tcW w:w="1440" w:type="dxa"/>
          </w:tcPr>
          <w:p w14:paraId="67B9932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555064A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HOLANDA</w:t>
            </w:r>
          </w:p>
        </w:tc>
        <w:tc>
          <w:tcPr>
            <w:tcW w:w="1440" w:type="dxa"/>
          </w:tcPr>
          <w:p w14:paraId="0831B70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7BAE741" w14:textId="77777777" w:rsidTr="0029439B">
        <w:tc>
          <w:tcPr>
            <w:tcW w:w="1440" w:type="dxa"/>
          </w:tcPr>
          <w:p w14:paraId="064AEA1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138</w:t>
            </w:r>
          </w:p>
        </w:tc>
        <w:tc>
          <w:tcPr>
            <w:tcW w:w="1440" w:type="dxa"/>
          </w:tcPr>
          <w:p w14:paraId="03030E8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SANDRO MARCELO CUNHA DOS SANTOS</w:t>
            </w:r>
          </w:p>
        </w:tc>
        <w:tc>
          <w:tcPr>
            <w:tcW w:w="1440" w:type="dxa"/>
          </w:tcPr>
          <w:p w14:paraId="275053C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972******04</w:t>
            </w:r>
          </w:p>
        </w:tc>
        <w:tc>
          <w:tcPr>
            <w:tcW w:w="1440" w:type="dxa"/>
          </w:tcPr>
          <w:p w14:paraId="4FAA451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2289D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7B24A4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4F93C73" w14:textId="77777777" w:rsidTr="0029439B">
        <w:tc>
          <w:tcPr>
            <w:tcW w:w="1440" w:type="dxa"/>
          </w:tcPr>
          <w:p w14:paraId="684676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139</w:t>
            </w:r>
          </w:p>
        </w:tc>
        <w:tc>
          <w:tcPr>
            <w:tcW w:w="1440" w:type="dxa"/>
          </w:tcPr>
          <w:p w14:paraId="7230030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LUCAS DE OLIVEIRA BECHE</w:t>
            </w:r>
          </w:p>
        </w:tc>
        <w:tc>
          <w:tcPr>
            <w:tcW w:w="1440" w:type="dxa"/>
          </w:tcPr>
          <w:p w14:paraId="36F0C7E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030******38</w:t>
            </w:r>
          </w:p>
        </w:tc>
        <w:tc>
          <w:tcPr>
            <w:tcW w:w="1440" w:type="dxa"/>
          </w:tcPr>
          <w:p w14:paraId="4E3106B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49DA62C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5A0B77A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2A7A4FE" w14:textId="77777777" w:rsidTr="0029439B">
        <w:tc>
          <w:tcPr>
            <w:tcW w:w="1440" w:type="dxa"/>
          </w:tcPr>
          <w:p w14:paraId="6890BCE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140</w:t>
            </w:r>
          </w:p>
        </w:tc>
        <w:tc>
          <w:tcPr>
            <w:tcW w:w="1440" w:type="dxa"/>
          </w:tcPr>
          <w:p w14:paraId="13ABBB7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ELOIZ STUKER</w:t>
            </w:r>
          </w:p>
        </w:tc>
        <w:tc>
          <w:tcPr>
            <w:tcW w:w="1440" w:type="dxa"/>
          </w:tcPr>
          <w:p w14:paraId="3E42A98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285******49</w:t>
            </w:r>
          </w:p>
        </w:tc>
        <w:tc>
          <w:tcPr>
            <w:tcW w:w="1440" w:type="dxa"/>
          </w:tcPr>
          <w:p w14:paraId="1E6D905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Silvicultura</w:t>
            </w:r>
          </w:p>
        </w:tc>
        <w:tc>
          <w:tcPr>
            <w:tcW w:w="1440" w:type="dxa"/>
          </w:tcPr>
          <w:p w14:paraId="6C46D7E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PINHEIRINHO</w:t>
            </w:r>
          </w:p>
        </w:tc>
        <w:tc>
          <w:tcPr>
            <w:tcW w:w="1440" w:type="dxa"/>
          </w:tcPr>
          <w:p w14:paraId="74D4CC1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0B6D68B" w14:textId="77777777" w:rsidTr="0029439B">
        <w:tc>
          <w:tcPr>
            <w:tcW w:w="1440" w:type="dxa"/>
          </w:tcPr>
          <w:p w14:paraId="147175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141</w:t>
            </w:r>
          </w:p>
        </w:tc>
        <w:tc>
          <w:tcPr>
            <w:tcW w:w="1440" w:type="dxa"/>
          </w:tcPr>
          <w:p w14:paraId="5FA6FF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JOCIELI MARIA TASCHETTO MORINI</w:t>
            </w:r>
          </w:p>
        </w:tc>
        <w:tc>
          <w:tcPr>
            <w:tcW w:w="1440" w:type="dxa"/>
          </w:tcPr>
          <w:p w14:paraId="24AD57C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019******71</w:t>
            </w:r>
          </w:p>
        </w:tc>
        <w:tc>
          <w:tcPr>
            <w:tcW w:w="1440" w:type="dxa"/>
          </w:tcPr>
          <w:p w14:paraId="290CC1D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974FB1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7D1A51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DF737EE" w14:textId="77777777" w:rsidTr="0029439B">
        <w:tc>
          <w:tcPr>
            <w:tcW w:w="1440" w:type="dxa"/>
          </w:tcPr>
          <w:p w14:paraId="11516A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142</w:t>
            </w:r>
          </w:p>
        </w:tc>
        <w:tc>
          <w:tcPr>
            <w:tcW w:w="1440" w:type="dxa"/>
          </w:tcPr>
          <w:p w14:paraId="7B5CD4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ELTON JOSé POSSER</w:t>
            </w:r>
          </w:p>
        </w:tc>
        <w:tc>
          <w:tcPr>
            <w:tcW w:w="1440" w:type="dxa"/>
          </w:tcPr>
          <w:p w14:paraId="336147C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525******78</w:t>
            </w:r>
          </w:p>
        </w:tc>
        <w:tc>
          <w:tcPr>
            <w:tcW w:w="1440" w:type="dxa"/>
          </w:tcPr>
          <w:p w14:paraId="360BD2F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7EAA467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655E4E8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A945C3B" w14:textId="77777777" w:rsidTr="0029439B">
        <w:tc>
          <w:tcPr>
            <w:tcW w:w="1440" w:type="dxa"/>
          </w:tcPr>
          <w:p w14:paraId="402989B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143</w:t>
            </w:r>
          </w:p>
        </w:tc>
        <w:tc>
          <w:tcPr>
            <w:tcW w:w="1440" w:type="dxa"/>
          </w:tcPr>
          <w:p w14:paraId="14950CA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ADEMIR TORRES VOSGLEI</w:t>
            </w:r>
          </w:p>
        </w:tc>
        <w:tc>
          <w:tcPr>
            <w:tcW w:w="1440" w:type="dxa"/>
          </w:tcPr>
          <w:p w14:paraId="3513D82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672******87</w:t>
            </w:r>
          </w:p>
        </w:tc>
        <w:tc>
          <w:tcPr>
            <w:tcW w:w="1440" w:type="dxa"/>
          </w:tcPr>
          <w:p w14:paraId="55576C4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5E227D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201FAF4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D665B02" w14:textId="77777777" w:rsidTr="0029439B">
        <w:tc>
          <w:tcPr>
            <w:tcW w:w="1440" w:type="dxa"/>
          </w:tcPr>
          <w:p w14:paraId="28A346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144</w:t>
            </w:r>
          </w:p>
        </w:tc>
        <w:tc>
          <w:tcPr>
            <w:tcW w:w="1440" w:type="dxa"/>
          </w:tcPr>
          <w:p w14:paraId="1AC291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ELIZETE DE FATIMA KEMMERICH PIERINI</w:t>
            </w:r>
          </w:p>
        </w:tc>
        <w:tc>
          <w:tcPr>
            <w:tcW w:w="1440" w:type="dxa"/>
          </w:tcPr>
          <w:p w14:paraId="35611B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020******98</w:t>
            </w:r>
          </w:p>
        </w:tc>
        <w:tc>
          <w:tcPr>
            <w:tcW w:w="1440" w:type="dxa"/>
          </w:tcPr>
          <w:p w14:paraId="695E562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Fruticultura</w:t>
            </w:r>
          </w:p>
        </w:tc>
        <w:tc>
          <w:tcPr>
            <w:tcW w:w="1440" w:type="dxa"/>
          </w:tcPr>
          <w:p w14:paraId="631C57C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51607B4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3ABA0E5" w14:textId="77777777" w:rsidTr="0029439B">
        <w:tc>
          <w:tcPr>
            <w:tcW w:w="1440" w:type="dxa"/>
          </w:tcPr>
          <w:p w14:paraId="5ABE64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145</w:t>
            </w:r>
          </w:p>
        </w:tc>
        <w:tc>
          <w:tcPr>
            <w:tcW w:w="1440" w:type="dxa"/>
          </w:tcPr>
          <w:p w14:paraId="55213C7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ADERLI TORRES VOSGLEI</w:t>
            </w:r>
          </w:p>
        </w:tc>
        <w:tc>
          <w:tcPr>
            <w:tcW w:w="1440" w:type="dxa"/>
          </w:tcPr>
          <w:p w14:paraId="7719782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901******72</w:t>
            </w:r>
          </w:p>
        </w:tc>
        <w:tc>
          <w:tcPr>
            <w:tcW w:w="1440" w:type="dxa"/>
          </w:tcPr>
          <w:p w14:paraId="2723184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086656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590B5AE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F397C0E" w14:textId="77777777" w:rsidTr="0029439B">
        <w:tc>
          <w:tcPr>
            <w:tcW w:w="1440" w:type="dxa"/>
          </w:tcPr>
          <w:p w14:paraId="0A483B8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146</w:t>
            </w:r>
          </w:p>
        </w:tc>
        <w:tc>
          <w:tcPr>
            <w:tcW w:w="1440" w:type="dxa"/>
          </w:tcPr>
          <w:p w14:paraId="10203E5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ROBERTO CARLOS DE ALMEIDA</w:t>
            </w:r>
          </w:p>
        </w:tc>
        <w:tc>
          <w:tcPr>
            <w:tcW w:w="1440" w:type="dxa"/>
          </w:tcPr>
          <w:p w14:paraId="4004BEC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633******72</w:t>
            </w:r>
          </w:p>
        </w:tc>
        <w:tc>
          <w:tcPr>
            <w:tcW w:w="1440" w:type="dxa"/>
          </w:tcPr>
          <w:p w14:paraId="111818C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47BA2D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762331C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86BF332" w14:textId="77777777" w:rsidTr="0029439B">
        <w:tc>
          <w:tcPr>
            <w:tcW w:w="1440" w:type="dxa"/>
          </w:tcPr>
          <w:p w14:paraId="1B58F9F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147</w:t>
            </w:r>
          </w:p>
        </w:tc>
        <w:tc>
          <w:tcPr>
            <w:tcW w:w="1440" w:type="dxa"/>
          </w:tcPr>
          <w:p w14:paraId="3F7AE44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ANDRESSA BRAUNER</w:t>
            </w:r>
          </w:p>
        </w:tc>
        <w:tc>
          <w:tcPr>
            <w:tcW w:w="1440" w:type="dxa"/>
          </w:tcPr>
          <w:p w14:paraId="6895612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039******50</w:t>
            </w:r>
          </w:p>
        </w:tc>
        <w:tc>
          <w:tcPr>
            <w:tcW w:w="1440" w:type="dxa"/>
          </w:tcPr>
          <w:p w14:paraId="45BDB0D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93642D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51AEC29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914AB8C" w14:textId="77777777" w:rsidTr="0029439B">
        <w:tc>
          <w:tcPr>
            <w:tcW w:w="1440" w:type="dxa"/>
          </w:tcPr>
          <w:p w14:paraId="205DA4E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148</w:t>
            </w:r>
          </w:p>
        </w:tc>
        <w:tc>
          <w:tcPr>
            <w:tcW w:w="1440" w:type="dxa"/>
          </w:tcPr>
          <w:p w14:paraId="438CD0D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ELENICE FERREIRA KAISER</w:t>
            </w:r>
          </w:p>
        </w:tc>
        <w:tc>
          <w:tcPr>
            <w:tcW w:w="1440" w:type="dxa"/>
          </w:tcPr>
          <w:p w14:paraId="0C33CF0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030******99</w:t>
            </w:r>
          </w:p>
        </w:tc>
        <w:tc>
          <w:tcPr>
            <w:tcW w:w="1440" w:type="dxa"/>
          </w:tcPr>
          <w:p w14:paraId="3A99DEA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3BFEFBA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40098A8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EDF2538" w14:textId="77777777" w:rsidTr="0029439B">
        <w:tc>
          <w:tcPr>
            <w:tcW w:w="1440" w:type="dxa"/>
          </w:tcPr>
          <w:p w14:paraId="3905E46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149</w:t>
            </w:r>
          </w:p>
        </w:tc>
        <w:tc>
          <w:tcPr>
            <w:tcW w:w="1440" w:type="dxa"/>
          </w:tcPr>
          <w:p w14:paraId="3218861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CARMEM HOFFART PAULESKI</w:t>
            </w:r>
          </w:p>
        </w:tc>
        <w:tc>
          <w:tcPr>
            <w:tcW w:w="1440" w:type="dxa"/>
          </w:tcPr>
          <w:p w14:paraId="71DCA9B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757******15</w:t>
            </w:r>
          </w:p>
        </w:tc>
        <w:tc>
          <w:tcPr>
            <w:tcW w:w="1440" w:type="dxa"/>
          </w:tcPr>
          <w:p w14:paraId="3967ECB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2F1A98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6C02B4C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FA6ABFC" w14:textId="77777777" w:rsidTr="0029439B">
        <w:tc>
          <w:tcPr>
            <w:tcW w:w="1440" w:type="dxa"/>
          </w:tcPr>
          <w:p w14:paraId="11A39BD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150</w:t>
            </w:r>
          </w:p>
        </w:tc>
        <w:tc>
          <w:tcPr>
            <w:tcW w:w="1440" w:type="dxa"/>
          </w:tcPr>
          <w:p w14:paraId="4C9ED11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VELTON HOFFART</w:t>
            </w:r>
          </w:p>
        </w:tc>
        <w:tc>
          <w:tcPr>
            <w:tcW w:w="1440" w:type="dxa"/>
          </w:tcPr>
          <w:p w14:paraId="03C913F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583******87</w:t>
            </w:r>
          </w:p>
        </w:tc>
        <w:tc>
          <w:tcPr>
            <w:tcW w:w="1440" w:type="dxa"/>
          </w:tcPr>
          <w:p w14:paraId="54108B3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9B92FD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706E39A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F30F428" w14:textId="77777777" w:rsidTr="0029439B">
        <w:tc>
          <w:tcPr>
            <w:tcW w:w="1440" w:type="dxa"/>
          </w:tcPr>
          <w:p w14:paraId="4820C72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151</w:t>
            </w:r>
          </w:p>
        </w:tc>
        <w:tc>
          <w:tcPr>
            <w:tcW w:w="1440" w:type="dxa"/>
          </w:tcPr>
          <w:p w14:paraId="2C85E1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ADEMIR LEITEMBERG</w:t>
            </w:r>
          </w:p>
        </w:tc>
        <w:tc>
          <w:tcPr>
            <w:tcW w:w="1440" w:type="dxa"/>
          </w:tcPr>
          <w:p w14:paraId="27161DD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283******34</w:t>
            </w:r>
          </w:p>
        </w:tc>
        <w:tc>
          <w:tcPr>
            <w:tcW w:w="1440" w:type="dxa"/>
          </w:tcPr>
          <w:p w14:paraId="16845EB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F3315A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PICADA DOS KAISER</w:t>
            </w:r>
          </w:p>
        </w:tc>
        <w:tc>
          <w:tcPr>
            <w:tcW w:w="1440" w:type="dxa"/>
          </w:tcPr>
          <w:p w14:paraId="15D2B33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FC37509" w14:textId="77777777" w:rsidTr="0029439B">
        <w:tc>
          <w:tcPr>
            <w:tcW w:w="1440" w:type="dxa"/>
          </w:tcPr>
          <w:p w14:paraId="241373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152</w:t>
            </w:r>
          </w:p>
        </w:tc>
        <w:tc>
          <w:tcPr>
            <w:tcW w:w="1440" w:type="dxa"/>
          </w:tcPr>
          <w:p w14:paraId="1941099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ALCEU TASCHETTO</w:t>
            </w:r>
          </w:p>
        </w:tc>
        <w:tc>
          <w:tcPr>
            <w:tcW w:w="1440" w:type="dxa"/>
          </w:tcPr>
          <w:p w14:paraId="6F191D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272******87</w:t>
            </w:r>
          </w:p>
        </w:tc>
        <w:tc>
          <w:tcPr>
            <w:tcW w:w="1440" w:type="dxa"/>
          </w:tcPr>
          <w:p w14:paraId="318C995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79E2F4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12C7A2F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F59BFF0" w14:textId="77777777" w:rsidTr="0029439B">
        <w:tc>
          <w:tcPr>
            <w:tcW w:w="1440" w:type="dxa"/>
          </w:tcPr>
          <w:p w14:paraId="586DA08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153</w:t>
            </w:r>
          </w:p>
        </w:tc>
        <w:tc>
          <w:tcPr>
            <w:tcW w:w="1440" w:type="dxa"/>
          </w:tcPr>
          <w:p w14:paraId="00B5299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ROSA PEREIRA FAO</w:t>
            </w:r>
          </w:p>
        </w:tc>
        <w:tc>
          <w:tcPr>
            <w:tcW w:w="1440" w:type="dxa"/>
          </w:tcPr>
          <w:p w14:paraId="4109AD6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929******04</w:t>
            </w:r>
          </w:p>
        </w:tc>
        <w:tc>
          <w:tcPr>
            <w:tcW w:w="1440" w:type="dxa"/>
          </w:tcPr>
          <w:p w14:paraId="2B4DDB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64E015B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GRAMA</w:t>
            </w:r>
          </w:p>
        </w:tc>
        <w:tc>
          <w:tcPr>
            <w:tcW w:w="1440" w:type="dxa"/>
          </w:tcPr>
          <w:p w14:paraId="03ADD89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1A3C7032" w14:textId="77777777" w:rsidTr="0029439B">
        <w:tc>
          <w:tcPr>
            <w:tcW w:w="1440" w:type="dxa"/>
          </w:tcPr>
          <w:p w14:paraId="712539C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154</w:t>
            </w:r>
          </w:p>
        </w:tc>
        <w:tc>
          <w:tcPr>
            <w:tcW w:w="1440" w:type="dxa"/>
          </w:tcPr>
          <w:p w14:paraId="3C27184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ERONI HARTMANN</w:t>
            </w:r>
          </w:p>
        </w:tc>
        <w:tc>
          <w:tcPr>
            <w:tcW w:w="1440" w:type="dxa"/>
          </w:tcPr>
          <w:p w14:paraId="42DA6B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092******00</w:t>
            </w:r>
          </w:p>
        </w:tc>
        <w:tc>
          <w:tcPr>
            <w:tcW w:w="1440" w:type="dxa"/>
          </w:tcPr>
          <w:p w14:paraId="5048B73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Pecuária de corte</w:t>
            </w:r>
          </w:p>
        </w:tc>
        <w:tc>
          <w:tcPr>
            <w:tcW w:w="1440" w:type="dxa"/>
          </w:tcPr>
          <w:p w14:paraId="10A9CAB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5CD2B37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D1F8FDF" w14:textId="77777777" w:rsidTr="0029439B">
        <w:tc>
          <w:tcPr>
            <w:tcW w:w="1440" w:type="dxa"/>
          </w:tcPr>
          <w:p w14:paraId="1BA8E0F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155</w:t>
            </w:r>
          </w:p>
        </w:tc>
        <w:tc>
          <w:tcPr>
            <w:tcW w:w="1440" w:type="dxa"/>
          </w:tcPr>
          <w:p w14:paraId="38CB436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CARLITO RAMIRES DE MORAES</w:t>
            </w:r>
          </w:p>
        </w:tc>
        <w:tc>
          <w:tcPr>
            <w:tcW w:w="1440" w:type="dxa"/>
          </w:tcPr>
          <w:p w14:paraId="68E6119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672******49</w:t>
            </w:r>
          </w:p>
        </w:tc>
        <w:tc>
          <w:tcPr>
            <w:tcW w:w="1440" w:type="dxa"/>
          </w:tcPr>
          <w:p w14:paraId="5D3EF1F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2D5EF4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LINHA CANOA</w:t>
            </w:r>
          </w:p>
        </w:tc>
        <w:tc>
          <w:tcPr>
            <w:tcW w:w="1440" w:type="dxa"/>
          </w:tcPr>
          <w:p w14:paraId="7448EFA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CEF9BEA" w14:textId="77777777" w:rsidTr="0029439B">
        <w:tc>
          <w:tcPr>
            <w:tcW w:w="1440" w:type="dxa"/>
          </w:tcPr>
          <w:p w14:paraId="2EDF378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156</w:t>
            </w:r>
          </w:p>
        </w:tc>
        <w:tc>
          <w:tcPr>
            <w:tcW w:w="1440" w:type="dxa"/>
          </w:tcPr>
          <w:p w14:paraId="4462F86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LEONARDO DAMBROS</w:t>
            </w:r>
          </w:p>
        </w:tc>
        <w:tc>
          <w:tcPr>
            <w:tcW w:w="1440" w:type="dxa"/>
          </w:tcPr>
          <w:p w14:paraId="23DFB1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643******34</w:t>
            </w:r>
          </w:p>
        </w:tc>
        <w:tc>
          <w:tcPr>
            <w:tcW w:w="1440" w:type="dxa"/>
          </w:tcPr>
          <w:p w14:paraId="57A8620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Fruticultura</w:t>
            </w:r>
          </w:p>
        </w:tc>
        <w:tc>
          <w:tcPr>
            <w:tcW w:w="1440" w:type="dxa"/>
          </w:tcPr>
          <w:p w14:paraId="71C6403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5D99B63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57AF594" w14:textId="77777777" w:rsidTr="0029439B">
        <w:tc>
          <w:tcPr>
            <w:tcW w:w="1440" w:type="dxa"/>
          </w:tcPr>
          <w:p w14:paraId="3F3D549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157</w:t>
            </w:r>
          </w:p>
        </w:tc>
        <w:tc>
          <w:tcPr>
            <w:tcW w:w="1440" w:type="dxa"/>
          </w:tcPr>
          <w:p w14:paraId="2EE33D5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GIAN PEIXOTO WOUTERS</w:t>
            </w:r>
          </w:p>
        </w:tc>
        <w:tc>
          <w:tcPr>
            <w:tcW w:w="1440" w:type="dxa"/>
          </w:tcPr>
          <w:p w14:paraId="5EB4D83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044******54</w:t>
            </w:r>
          </w:p>
        </w:tc>
        <w:tc>
          <w:tcPr>
            <w:tcW w:w="1440" w:type="dxa"/>
          </w:tcPr>
          <w:p w14:paraId="5AD7BD3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1832E9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 DO LOURO</w:t>
            </w:r>
          </w:p>
        </w:tc>
        <w:tc>
          <w:tcPr>
            <w:tcW w:w="1440" w:type="dxa"/>
          </w:tcPr>
          <w:p w14:paraId="409F2C8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ACE4FB2" w14:textId="77777777" w:rsidTr="0029439B">
        <w:tc>
          <w:tcPr>
            <w:tcW w:w="1440" w:type="dxa"/>
          </w:tcPr>
          <w:p w14:paraId="492C08C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158</w:t>
            </w:r>
          </w:p>
        </w:tc>
        <w:tc>
          <w:tcPr>
            <w:tcW w:w="1440" w:type="dxa"/>
          </w:tcPr>
          <w:p w14:paraId="3958B3B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CARLOS ALAN BRAUNER</w:t>
            </w:r>
          </w:p>
        </w:tc>
        <w:tc>
          <w:tcPr>
            <w:tcW w:w="1440" w:type="dxa"/>
          </w:tcPr>
          <w:p w14:paraId="1AF3915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019******69</w:t>
            </w:r>
          </w:p>
        </w:tc>
        <w:tc>
          <w:tcPr>
            <w:tcW w:w="1440" w:type="dxa"/>
          </w:tcPr>
          <w:p w14:paraId="0D1C1F0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0ADF60F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ROQUE</w:t>
            </w:r>
          </w:p>
        </w:tc>
        <w:tc>
          <w:tcPr>
            <w:tcW w:w="1440" w:type="dxa"/>
          </w:tcPr>
          <w:p w14:paraId="3698465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F706249" w14:textId="77777777" w:rsidTr="0029439B">
        <w:tc>
          <w:tcPr>
            <w:tcW w:w="1440" w:type="dxa"/>
          </w:tcPr>
          <w:p w14:paraId="27D410F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159</w:t>
            </w:r>
          </w:p>
        </w:tc>
        <w:tc>
          <w:tcPr>
            <w:tcW w:w="1440" w:type="dxa"/>
          </w:tcPr>
          <w:p w14:paraId="0D9BC18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ISMAEL VALDIR DELL GIUSTINA</w:t>
            </w:r>
          </w:p>
        </w:tc>
        <w:tc>
          <w:tcPr>
            <w:tcW w:w="1440" w:type="dxa"/>
          </w:tcPr>
          <w:p w14:paraId="2B5B295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583******20</w:t>
            </w:r>
          </w:p>
        </w:tc>
        <w:tc>
          <w:tcPr>
            <w:tcW w:w="1440" w:type="dxa"/>
          </w:tcPr>
          <w:p w14:paraId="634CA56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0E73056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XAVIER</w:t>
            </w:r>
          </w:p>
        </w:tc>
        <w:tc>
          <w:tcPr>
            <w:tcW w:w="1440" w:type="dxa"/>
          </w:tcPr>
          <w:p w14:paraId="6DA2890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F7453BE" w14:textId="77777777" w:rsidTr="0029439B">
        <w:tc>
          <w:tcPr>
            <w:tcW w:w="1440" w:type="dxa"/>
          </w:tcPr>
          <w:p w14:paraId="6577449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160</w:t>
            </w:r>
          </w:p>
        </w:tc>
        <w:tc>
          <w:tcPr>
            <w:tcW w:w="1440" w:type="dxa"/>
          </w:tcPr>
          <w:p w14:paraId="2B8F25E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IVO GROSS</w:t>
            </w:r>
          </w:p>
        </w:tc>
        <w:tc>
          <w:tcPr>
            <w:tcW w:w="1440" w:type="dxa"/>
          </w:tcPr>
          <w:p w14:paraId="2DAEE37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583******49</w:t>
            </w:r>
          </w:p>
        </w:tc>
        <w:tc>
          <w:tcPr>
            <w:tcW w:w="1440" w:type="dxa"/>
          </w:tcPr>
          <w:p w14:paraId="29593B6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5F498D5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23C09DD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0E3114F9" w14:textId="77777777" w:rsidTr="0029439B">
        <w:tc>
          <w:tcPr>
            <w:tcW w:w="1440" w:type="dxa"/>
          </w:tcPr>
          <w:p w14:paraId="1CBD658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161</w:t>
            </w:r>
          </w:p>
        </w:tc>
        <w:tc>
          <w:tcPr>
            <w:tcW w:w="1440" w:type="dxa"/>
          </w:tcPr>
          <w:p w14:paraId="28EDE80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LUSARDO BIZUIN BECHER</w:t>
            </w:r>
          </w:p>
        </w:tc>
        <w:tc>
          <w:tcPr>
            <w:tcW w:w="1440" w:type="dxa"/>
          </w:tcPr>
          <w:p w14:paraId="49EA4C0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923******49</w:t>
            </w:r>
          </w:p>
        </w:tc>
        <w:tc>
          <w:tcPr>
            <w:tcW w:w="1440" w:type="dxa"/>
          </w:tcPr>
          <w:p w14:paraId="3C735DF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0E8BA2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6B393EF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597BD20C" w14:textId="77777777" w:rsidTr="0029439B">
        <w:tc>
          <w:tcPr>
            <w:tcW w:w="1440" w:type="dxa"/>
          </w:tcPr>
          <w:p w14:paraId="0BFE516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162</w:t>
            </w:r>
          </w:p>
        </w:tc>
        <w:tc>
          <w:tcPr>
            <w:tcW w:w="1440" w:type="dxa"/>
          </w:tcPr>
          <w:p w14:paraId="36849D3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FRANCISCO BRAUNER</w:t>
            </w:r>
          </w:p>
        </w:tc>
        <w:tc>
          <w:tcPr>
            <w:tcW w:w="1440" w:type="dxa"/>
          </w:tcPr>
          <w:p w14:paraId="188F98C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354******00</w:t>
            </w:r>
          </w:p>
        </w:tc>
        <w:tc>
          <w:tcPr>
            <w:tcW w:w="1440" w:type="dxa"/>
          </w:tcPr>
          <w:p w14:paraId="57E3D4D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5A68325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6A5EFF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F2ACF5F" w14:textId="77777777" w:rsidTr="0029439B">
        <w:tc>
          <w:tcPr>
            <w:tcW w:w="1440" w:type="dxa"/>
          </w:tcPr>
          <w:p w14:paraId="7E35F15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lastRenderedPageBreak/>
              <w:t>163</w:t>
            </w:r>
          </w:p>
        </w:tc>
        <w:tc>
          <w:tcPr>
            <w:tcW w:w="1440" w:type="dxa"/>
          </w:tcPr>
          <w:p w14:paraId="7677C44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RODRIGO TORMES MAIA</w:t>
            </w:r>
          </w:p>
        </w:tc>
        <w:tc>
          <w:tcPr>
            <w:tcW w:w="1440" w:type="dxa"/>
          </w:tcPr>
          <w:p w14:paraId="6BB1005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010******50</w:t>
            </w:r>
          </w:p>
        </w:tc>
        <w:tc>
          <w:tcPr>
            <w:tcW w:w="1440" w:type="dxa"/>
          </w:tcPr>
          <w:p w14:paraId="0067579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1797D5B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36EE4DC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755B79D" w14:textId="77777777" w:rsidTr="0029439B">
        <w:tc>
          <w:tcPr>
            <w:tcW w:w="1440" w:type="dxa"/>
          </w:tcPr>
          <w:p w14:paraId="58625A2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164</w:t>
            </w:r>
          </w:p>
        </w:tc>
        <w:tc>
          <w:tcPr>
            <w:tcW w:w="1440" w:type="dxa"/>
          </w:tcPr>
          <w:p w14:paraId="5028B67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ANISIA POSSER ALVES</w:t>
            </w:r>
          </w:p>
        </w:tc>
        <w:tc>
          <w:tcPr>
            <w:tcW w:w="1440" w:type="dxa"/>
          </w:tcPr>
          <w:p w14:paraId="44ED1DE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953******20</w:t>
            </w:r>
          </w:p>
        </w:tc>
        <w:tc>
          <w:tcPr>
            <w:tcW w:w="1440" w:type="dxa"/>
          </w:tcPr>
          <w:p w14:paraId="57A191A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6C5E2A0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737F57B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709DA44" w14:textId="77777777" w:rsidTr="0029439B">
        <w:tc>
          <w:tcPr>
            <w:tcW w:w="1440" w:type="dxa"/>
          </w:tcPr>
          <w:p w14:paraId="2E71E6A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165</w:t>
            </w:r>
          </w:p>
        </w:tc>
        <w:tc>
          <w:tcPr>
            <w:tcW w:w="1440" w:type="dxa"/>
          </w:tcPr>
          <w:p w14:paraId="62AADF7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DILMOR ANTONIO PIBER</w:t>
            </w:r>
          </w:p>
        </w:tc>
        <w:tc>
          <w:tcPr>
            <w:tcW w:w="1440" w:type="dxa"/>
          </w:tcPr>
          <w:p w14:paraId="504CFFE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839******34</w:t>
            </w:r>
          </w:p>
        </w:tc>
        <w:tc>
          <w:tcPr>
            <w:tcW w:w="1440" w:type="dxa"/>
          </w:tcPr>
          <w:p w14:paraId="35010E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Fruticultura</w:t>
            </w:r>
          </w:p>
        </w:tc>
        <w:tc>
          <w:tcPr>
            <w:tcW w:w="1440" w:type="dxa"/>
          </w:tcPr>
          <w:p w14:paraId="048565E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CAPOEIRA</w:t>
            </w:r>
          </w:p>
        </w:tc>
        <w:tc>
          <w:tcPr>
            <w:tcW w:w="1440" w:type="dxa"/>
          </w:tcPr>
          <w:p w14:paraId="0CA37D4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447E4F2E" w14:textId="77777777" w:rsidTr="0029439B">
        <w:tc>
          <w:tcPr>
            <w:tcW w:w="1440" w:type="dxa"/>
          </w:tcPr>
          <w:p w14:paraId="50075BD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166</w:t>
            </w:r>
          </w:p>
        </w:tc>
        <w:tc>
          <w:tcPr>
            <w:tcW w:w="1440" w:type="dxa"/>
          </w:tcPr>
          <w:p w14:paraId="455BFC2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RIQUELMO TORRES VOSGLEI</w:t>
            </w:r>
          </w:p>
        </w:tc>
        <w:tc>
          <w:tcPr>
            <w:tcW w:w="1440" w:type="dxa"/>
          </w:tcPr>
          <w:p w14:paraId="74E67B2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971******68</w:t>
            </w:r>
          </w:p>
        </w:tc>
        <w:tc>
          <w:tcPr>
            <w:tcW w:w="1440" w:type="dxa"/>
          </w:tcPr>
          <w:p w14:paraId="491060F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1464A1B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739C0BD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8534B45" w14:textId="77777777" w:rsidTr="0029439B">
        <w:tc>
          <w:tcPr>
            <w:tcW w:w="1440" w:type="dxa"/>
          </w:tcPr>
          <w:p w14:paraId="3CB0741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167</w:t>
            </w:r>
          </w:p>
        </w:tc>
        <w:tc>
          <w:tcPr>
            <w:tcW w:w="1440" w:type="dxa"/>
          </w:tcPr>
          <w:p w14:paraId="5862BB7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ADELAIDE JOSIANE BRISOLIN</w:t>
            </w:r>
          </w:p>
        </w:tc>
        <w:tc>
          <w:tcPr>
            <w:tcW w:w="1440" w:type="dxa"/>
          </w:tcPr>
          <w:p w14:paraId="5EBFDDD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498******53</w:t>
            </w:r>
          </w:p>
        </w:tc>
        <w:tc>
          <w:tcPr>
            <w:tcW w:w="1440" w:type="dxa"/>
          </w:tcPr>
          <w:p w14:paraId="01AF424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B8D585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3883835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B3A40B8" w14:textId="77777777" w:rsidTr="0029439B">
        <w:tc>
          <w:tcPr>
            <w:tcW w:w="1440" w:type="dxa"/>
          </w:tcPr>
          <w:p w14:paraId="1E7B70A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168</w:t>
            </w:r>
          </w:p>
        </w:tc>
        <w:tc>
          <w:tcPr>
            <w:tcW w:w="1440" w:type="dxa"/>
          </w:tcPr>
          <w:p w14:paraId="009DA7A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ELISEIA BATTAGLIN DA SILVA</w:t>
            </w:r>
          </w:p>
        </w:tc>
        <w:tc>
          <w:tcPr>
            <w:tcW w:w="1440" w:type="dxa"/>
          </w:tcPr>
          <w:p w14:paraId="3B35D4F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018******07</w:t>
            </w:r>
          </w:p>
        </w:tc>
        <w:tc>
          <w:tcPr>
            <w:tcW w:w="1440" w:type="dxa"/>
          </w:tcPr>
          <w:p w14:paraId="1B36CD2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069784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CHACRINHA</w:t>
            </w:r>
          </w:p>
        </w:tc>
        <w:tc>
          <w:tcPr>
            <w:tcW w:w="1440" w:type="dxa"/>
          </w:tcPr>
          <w:p w14:paraId="0937581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9CC02CC" w14:textId="77777777" w:rsidTr="0029439B">
        <w:tc>
          <w:tcPr>
            <w:tcW w:w="1440" w:type="dxa"/>
          </w:tcPr>
          <w:p w14:paraId="74D1A3B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169</w:t>
            </w:r>
          </w:p>
        </w:tc>
        <w:tc>
          <w:tcPr>
            <w:tcW w:w="1440" w:type="dxa"/>
          </w:tcPr>
          <w:p w14:paraId="298196C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LISANDRO BIZUIN BECHER</w:t>
            </w:r>
          </w:p>
        </w:tc>
        <w:tc>
          <w:tcPr>
            <w:tcW w:w="1440" w:type="dxa"/>
          </w:tcPr>
          <w:p w14:paraId="6B81B26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013******09</w:t>
            </w:r>
          </w:p>
        </w:tc>
        <w:tc>
          <w:tcPr>
            <w:tcW w:w="1440" w:type="dxa"/>
          </w:tcPr>
          <w:p w14:paraId="69A5BAA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5F7BE4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5C4BFA3E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385C3745" w14:textId="77777777" w:rsidTr="0029439B">
        <w:tc>
          <w:tcPr>
            <w:tcW w:w="1440" w:type="dxa"/>
          </w:tcPr>
          <w:p w14:paraId="529449FD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170</w:t>
            </w:r>
          </w:p>
        </w:tc>
        <w:tc>
          <w:tcPr>
            <w:tcW w:w="1440" w:type="dxa"/>
          </w:tcPr>
          <w:p w14:paraId="1DE74EBF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RONALDO ALVES</w:t>
            </w:r>
          </w:p>
        </w:tc>
        <w:tc>
          <w:tcPr>
            <w:tcW w:w="1440" w:type="dxa"/>
          </w:tcPr>
          <w:p w14:paraId="4DC4B51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010******02</w:t>
            </w:r>
          </w:p>
        </w:tc>
        <w:tc>
          <w:tcPr>
            <w:tcW w:w="1440" w:type="dxa"/>
          </w:tcPr>
          <w:p w14:paraId="0E6382E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1AA0B79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RAFAEL</w:t>
            </w:r>
          </w:p>
        </w:tc>
        <w:tc>
          <w:tcPr>
            <w:tcW w:w="1440" w:type="dxa"/>
          </w:tcPr>
          <w:p w14:paraId="22AF40F8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39F5902" w14:textId="77777777" w:rsidTr="0029439B">
        <w:tc>
          <w:tcPr>
            <w:tcW w:w="1440" w:type="dxa"/>
          </w:tcPr>
          <w:p w14:paraId="44C12F5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171</w:t>
            </w:r>
          </w:p>
        </w:tc>
        <w:tc>
          <w:tcPr>
            <w:tcW w:w="1440" w:type="dxa"/>
          </w:tcPr>
          <w:p w14:paraId="42426F0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JULIANO TORMES MAIA</w:t>
            </w:r>
          </w:p>
        </w:tc>
        <w:tc>
          <w:tcPr>
            <w:tcW w:w="1440" w:type="dxa"/>
          </w:tcPr>
          <w:p w14:paraId="09A9550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009******21</w:t>
            </w:r>
          </w:p>
        </w:tc>
        <w:tc>
          <w:tcPr>
            <w:tcW w:w="1440" w:type="dxa"/>
          </w:tcPr>
          <w:p w14:paraId="402EC07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C9A321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SERTãO</w:t>
            </w:r>
          </w:p>
        </w:tc>
        <w:tc>
          <w:tcPr>
            <w:tcW w:w="1440" w:type="dxa"/>
          </w:tcPr>
          <w:p w14:paraId="2280007C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27DB157C" w14:textId="77777777" w:rsidTr="0029439B">
        <w:tc>
          <w:tcPr>
            <w:tcW w:w="1440" w:type="dxa"/>
          </w:tcPr>
          <w:p w14:paraId="332671E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172</w:t>
            </w:r>
          </w:p>
        </w:tc>
        <w:tc>
          <w:tcPr>
            <w:tcW w:w="1440" w:type="dxa"/>
          </w:tcPr>
          <w:p w14:paraId="64EC6C07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MITIEL DARLAN BRAUNER</w:t>
            </w:r>
          </w:p>
        </w:tc>
        <w:tc>
          <w:tcPr>
            <w:tcW w:w="1440" w:type="dxa"/>
          </w:tcPr>
          <w:p w14:paraId="5CF942D3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044******95</w:t>
            </w:r>
          </w:p>
        </w:tc>
        <w:tc>
          <w:tcPr>
            <w:tcW w:w="1440" w:type="dxa"/>
          </w:tcPr>
          <w:p w14:paraId="6185834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5A0A007A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LAJE</w:t>
            </w:r>
          </w:p>
        </w:tc>
        <w:tc>
          <w:tcPr>
            <w:tcW w:w="1440" w:type="dxa"/>
          </w:tcPr>
          <w:p w14:paraId="4CC11F5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61CABBE4" w14:textId="77777777" w:rsidTr="0029439B">
        <w:tc>
          <w:tcPr>
            <w:tcW w:w="1440" w:type="dxa"/>
          </w:tcPr>
          <w:p w14:paraId="1AD3EC3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173</w:t>
            </w:r>
          </w:p>
        </w:tc>
        <w:tc>
          <w:tcPr>
            <w:tcW w:w="1440" w:type="dxa"/>
          </w:tcPr>
          <w:p w14:paraId="4F1A06B2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VILMAR BECHER</w:t>
            </w:r>
          </w:p>
        </w:tc>
        <w:tc>
          <w:tcPr>
            <w:tcW w:w="1440" w:type="dxa"/>
          </w:tcPr>
          <w:p w14:paraId="347FB926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305******15</w:t>
            </w:r>
          </w:p>
        </w:tc>
        <w:tc>
          <w:tcPr>
            <w:tcW w:w="1440" w:type="dxa"/>
          </w:tcPr>
          <w:p w14:paraId="22EEC285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Grãos</w:t>
            </w:r>
          </w:p>
        </w:tc>
        <w:tc>
          <w:tcPr>
            <w:tcW w:w="1440" w:type="dxa"/>
          </w:tcPr>
          <w:p w14:paraId="3CA9286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BOA ESPERANçA</w:t>
            </w:r>
          </w:p>
        </w:tc>
        <w:tc>
          <w:tcPr>
            <w:tcW w:w="1440" w:type="dxa"/>
          </w:tcPr>
          <w:p w14:paraId="407EF6B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  <w:tr w:rsidR="00B7459C" w:rsidRPr="007903EA" w14:paraId="7A689EAA" w14:textId="77777777" w:rsidTr="0029439B">
        <w:tc>
          <w:tcPr>
            <w:tcW w:w="1440" w:type="dxa"/>
          </w:tcPr>
          <w:p w14:paraId="399700A1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174</w:t>
            </w:r>
          </w:p>
        </w:tc>
        <w:tc>
          <w:tcPr>
            <w:tcW w:w="1440" w:type="dxa"/>
          </w:tcPr>
          <w:p w14:paraId="7100026B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ALLAN DAMBROS MATIASSI</w:t>
            </w:r>
          </w:p>
        </w:tc>
        <w:tc>
          <w:tcPr>
            <w:tcW w:w="1440" w:type="dxa"/>
          </w:tcPr>
          <w:p w14:paraId="2869AC39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036******38</w:t>
            </w:r>
          </w:p>
        </w:tc>
        <w:tc>
          <w:tcPr>
            <w:tcW w:w="1440" w:type="dxa"/>
          </w:tcPr>
          <w:p w14:paraId="7900C90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Fumicultura</w:t>
            </w:r>
          </w:p>
        </w:tc>
        <w:tc>
          <w:tcPr>
            <w:tcW w:w="1440" w:type="dxa"/>
          </w:tcPr>
          <w:p w14:paraId="2E2C9524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SãO JOSé</w:t>
            </w:r>
          </w:p>
        </w:tc>
        <w:tc>
          <w:tcPr>
            <w:tcW w:w="1440" w:type="dxa"/>
          </w:tcPr>
          <w:p w14:paraId="7F625520" w14:textId="77777777" w:rsidR="00B7459C" w:rsidRPr="007903EA" w:rsidRDefault="00B7459C" w:rsidP="0029439B">
            <w:pPr>
              <w:rPr>
                <w:rFonts w:ascii="Arial" w:hAnsi="Arial" w:cs="Arial"/>
              </w:rPr>
            </w:pPr>
            <w:r w:rsidRPr="007903EA">
              <w:rPr>
                <w:rFonts w:ascii="Arial" w:hAnsi="Arial" w:cs="Arial"/>
                <w:sz w:val="20"/>
              </w:rPr>
              <w:t>HABILITADO</w:t>
            </w:r>
          </w:p>
        </w:tc>
      </w:tr>
    </w:tbl>
    <w:p w14:paraId="1A9BCB22" w14:textId="77777777" w:rsidR="00B7459C" w:rsidRPr="007903EA" w:rsidRDefault="00B7459C" w:rsidP="00B7459C">
      <w:pPr>
        <w:rPr>
          <w:rFonts w:ascii="Arial" w:hAnsi="Arial" w:cs="Arial"/>
        </w:rPr>
      </w:pPr>
    </w:p>
    <w:p w14:paraId="65CC9611" w14:textId="77777777" w:rsidR="00B7459C" w:rsidRDefault="00B7459C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4A5E549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B5A1CEE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14903A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EEE0300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BF5C920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F31BE51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25F26A2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759DC69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D696D88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09BB586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08FBB96" w14:textId="77777777" w:rsidR="002711ED" w:rsidRDefault="002711ED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2711ED" w:rsidSect="00B7459C">
      <w:headerReference w:type="default" r:id="rId10"/>
      <w:footerReference w:type="default" r:id="rId11"/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F5EF0" w14:textId="77777777" w:rsidR="0029439B" w:rsidRDefault="0029439B">
      <w:pPr>
        <w:spacing w:after="0" w:line="240" w:lineRule="auto"/>
      </w:pPr>
      <w:r>
        <w:separator/>
      </w:r>
    </w:p>
  </w:endnote>
  <w:endnote w:type="continuationSeparator" w:id="0">
    <w:p w14:paraId="3D309929" w14:textId="77777777" w:rsidR="0029439B" w:rsidRDefault="00294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B63C97" w14:textId="77777777" w:rsidR="0029439B" w:rsidRDefault="0029439B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B901D8" w14:textId="77777777" w:rsidR="0029439B" w:rsidRDefault="0029439B">
      <w:pPr>
        <w:spacing w:after="0" w:line="240" w:lineRule="auto"/>
      </w:pPr>
      <w:r>
        <w:separator/>
      </w:r>
    </w:p>
  </w:footnote>
  <w:footnote w:type="continuationSeparator" w:id="0">
    <w:p w14:paraId="20FD3313" w14:textId="77777777" w:rsidR="0029439B" w:rsidRDefault="00294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2024A7" w14:textId="77777777" w:rsidR="0029439B" w:rsidRDefault="0029439B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BE21632"/>
    <w:multiLevelType w:val="multilevel"/>
    <w:tmpl w:val="68422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C8F273"/>
    <w:multiLevelType w:val="hybridMultilevel"/>
    <w:tmpl w:val="7C50A93E"/>
    <w:lvl w:ilvl="0" w:tplc="8CEA79F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 w:tplc="4D9603E0">
      <w:start w:val="1"/>
      <w:numFmt w:val="bullet"/>
      <w:lvlText w:val="o"/>
      <w:lvlJc w:val="left"/>
      <w:pPr>
        <w:ind w:left="1786" w:hanging="360"/>
      </w:pPr>
      <w:rPr>
        <w:rFonts w:ascii="Courier New" w:hAnsi="Courier New" w:hint="default"/>
      </w:rPr>
    </w:lvl>
    <w:lvl w:ilvl="2" w:tplc="2A7E70F6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FF9CC29A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32C1D94">
      <w:start w:val="1"/>
      <w:numFmt w:val="bullet"/>
      <w:lvlText w:val="o"/>
      <w:lvlJc w:val="left"/>
      <w:pPr>
        <w:ind w:left="3946" w:hanging="360"/>
      </w:pPr>
      <w:rPr>
        <w:rFonts w:ascii="Courier New" w:hAnsi="Courier New" w:hint="default"/>
      </w:rPr>
    </w:lvl>
    <w:lvl w:ilvl="5" w:tplc="2A3A5DC0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FEFA6964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85DA8006">
      <w:start w:val="1"/>
      <w:numFmt w:val="bullet"/>
      <w:lvlText w:val="o"/>
      <w:lvlJc w:val="left"/>
      <w:pPr>
        <w:ind w:left="6106" w:hanging="360"/>
      </w:pPr>
      <w:rPr>
        <w:rFonts w:ascii="Courier New" w:hAnsi="Courier New" w:hint="default"/>
      </w:rPr>
    </w:lvl>
    <w:lvl w:ilvl="8" w:tplc="D5D296DE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839"/>
    <w:rsid w:val="000D5603"/>
    <w:rsid w:val="000D7A01"/>
    <w:rsid w:val="00183B81"/>
    <w:rsid w:val="001E5E40"/>
    <w:rsid w:val="001F7C05"/>
    <w:rsid w:val="00257F7C"/>
    <w:rsid w:val="002711ED"/>
    <w:rsid w:val="0029439B"/>
    <w:rsid w:val="002A3592"/>
    <w:rsid w:val="002C5A97"/>
    <w:rsid w:val="002F437D"/>
    <w:rsid w:val="00300E8A"/>
    <w:rsid w:val="0036612A"/>
    <w:rsid w:val="00382AF1"/>
    <w:rsid w:val="0038716E"/>
    <w:rsid w:val="003E416B"/>
    <w:rsid w:val="00466FDA"/>
    <w:rsid w:val="00488967"/>
    <w:rsid w:val="004B3EE4"/>
    <w:rsid w:val="005158A2"/>
    <w:rsid w:val="00536C3D"/>
    <w:rsid w:val="00544E8A"/>
    <w:rsid w:val="00553A99"/>
    <w:rsid w:val="00553C2A"/>
    <w:rsid w:val="005D2F89"/>
    <w:rsid w:val="005E0931"/>
    <w:rsid w:val="005F5BCC"/>
    <w:rsid w:val="0060531E"/>
    <w:rsid w:val="00781C80"/>
    <w:rsid w:val="0078559C"/>
    <w:rsid w:val="007E8F00"/>
    <w:rsid w:val="0081727E"/>
    <w:rsid w:val="0088066B"/>
    <w:rsid w:val="008A5FA1"/>
    <w:rsid w:val="008B5987"/>
    <w:rsid w:val="00985895"/>
    <w:rsid w:val="009B6FE4"/>
    <w:rsid w:val="00A275A9"/>
    <w:rsid w:val="00A36839"/>
    <w:rsid w:val="00A76B28"/>
    <w:rsid w:val="00AA62E1"/>
    <w:rsid w:val="00B16C4A"/>
    <w:rsid w:val="00B260DE"/>
    <w:rsid w:val="00B73EE2"/>
    <w:rsid w:val="00B7459C"/>
    <w:rsid w:val="00BA6007"/>
    <w:rsid w:val="00BD785F"/>
    <w:rsid w:val="00C17506"/>
    <w:rsid w:val="00C53450"/>
    <w:rsid w:val="00CC4882"/>
    <w:rsid w:val="00CF278B"/>
    <w:rsid w:val="00DC7230"/>
    <w:rsid w:val="00DE458F"/>
    <w:rsid w:val="00DF479C"/>
    <w:rsid w:val="00EB407E"/>
    <w:rsid w:val="00F06739"/>
    <w:rsid w:val="00F11396"/>
    <w:rsid w:val="00F267E7"/>
    <w:rsid w:val="00F7116C"/>
    <w:rsid w:val="00F9406E"/>
    <w:rsid w:val="00FB5D6E"/>
    <w:rsid w:val="0439499B"/>
    <w:rsid w:val="04A16331"/>
    <w:rsid w:val="06165162"/>
    <w:rsid w:val="08550462"/>
    <w:rsid w:val="085C1ED6"/>
    <w:rsid w:val="08635894"/>
    <w:rsid w:val="095A7DB0"/>
    <w:rsid w:val="0C0BAD95"/>
    <w:rsid w:val="0C64DE96"/>
    <w:rsid w:val="0CFC5AD1"/>
    <w:rsid w:val="11BB49DC"/>
    <w:rsid w:val="13E8E302"/>
    <w:rsid w:val="1477BD96"/>
    <w:rsid w:val="147F6A20"/>
    <w:rsid w:val="166DF187"/>
    <w:rsid w:val="17003625"/>
    <w:rsid w:val="17CA58E4"/>
    <w:rsid w:val="1869B7A0"/>
    <w:rsid w:val="19F2C3FE"/>
    <w:rsid w:val="1A36AAD4"/>
    <w:rsid w:val="1C6D4B40"/>
    <w:rsid w:val="1CF1574F"/>
    <w:rsid w:val="1E85CB5A"/>
    <w:rsid w:val="1EDBD72B"/>
    <w:rsid w:val="2201EE3B"/>
    <w:rsid w:val="247BC61E"/>
    <w:rsid w:val="24DAD993"/>
    <w:rsid w:val="24FC9152"/>
    <w:rsid w:val="26E62949"/>
    <w:rsid w:val="26EEF2C9"/>
    <w:rsid w:val="27906A5A"/>
    <w:rsid w:val="27A1D2C1"/>
    <w:rsid w:val="28AFE97E"/>
    <w:rsid w:val="2A48B5B9"/>
    <w:rsid w:val="2BF15A91"/>
    <w:rsid w:val="2CF9393F"/>
    <w:rsid w:val="2D0D0D3A"/>
    <w:rsid w:val="2D22668C"/>
    <w:rsid w:val="2DA1B3B6"/>
    <w:rsid w:val="2DA23FD0"/>
    <w:rsid w:val="2DBA8732"/>
    <w:rsid w:val="2DBD8467"/>
    <w:rsid w:val="2EBD74DD"/>
    <w:rsid w:val="2F9C8032"/>
    <w:rsid w:val="3077D2FD"/>
    <w:rsid w:val="319DA8C8"/>
    <w:rsid w:val="33C7E5F4"/>
    <w:rsid w:val="33F528C9"/>
    <w:rsid w:val="345DE36A"/>
    <w:rsid w:val="3540A53B"/>
    <w:rsid w:val="3699C8FF"/>
    <w:rsid w:val="3785D52C"/>
    <w:rsid w:val="37B036FD"/>
    <w:rsid w:val="37EF9E03"/>
    <w:rsid w:val="385CFA7F"/>
    <w:rsid w:val="399E50BB"/>
    <w:rsid w:val="3A529DCE"/>
    <w:rsid w:val="3AA248F0"/>
    <w:rsid w:val="3B719CB0"/>
    <w:rsid w:val="3C030FFE"/>
    <w:rsid w:val="3D6C2660"/>
    <w:rsid w:val="3EFD73C3"/>
    <w:rsid w:val="3F290FE8"/>
    <w:rsid w:val="3F30BB19"/>
    <w:rsid w:val="405B1822"/>
    <w:rsid w:val="40752D36"/>
    <w:rsid w:val="40C6D4D4"/>
    <w:rsid w:val="4189934E"/>
    <w:rsid w:val="41DA89B5"/>
    <w:rsid w:val="41E427A1"/>
    <w:rsid w:val="429FE555"/>
    <w:rsid w:val="42DFA91B"/>
    <w:rsid w:val="444763F5"/>
    <w:rsid w:val="4464D450"/>
    <w:rsid w:val="44E3FDF3"/>
    <w:rsid w:val="4542264C"/>
    <w:rsid w:val="46811F1A"/>
    <w:rsid w:val="46CD39C4"/>
    <w:rsid w:val="46D4DE51"/>
    <w:rsid w:val="46D9A7FA"/>
    <w:rsid w:val="482578C6"/>
    <w:rsid w:val="4930B9AD"/>
    <w:rsid w:val="4A0916B5"/>
    <w:rsid w:val="4B156102"/>
    <w:rsid w:val="4B291588"/>
    <w:rsid w:val="4B77AEFA"/>
    <w:rsid w:val="4CCD5C88"/>
    <w:rsid w:val="4D8F4B4E"/>
    <w:rsid w:val="50F18C0F"/>
    <w:rsid w:val="5270E138"/>
    <w:rsid w:val="53212466"/>
    <w:rsid w:val="535D1859"/>
    <w:rsid w:val="554995B7"/>
    <w:rsid w:val="57C14417"/>
    <w:rsid w:val="57C4ED13"/>
    <w:rsid w:val="57F39365"/>
    <w:rsid w:val="5E1A5AE4"/>
    <w:rsid w:val="5E21BF3F"/>
    <w:rsid w:val="5FD15870"/>
    <w:rsid w:val="60147B00"/>
    <w:rsid w:val="604130D3"/>
    <w:rsid w:val="61006AC6"/>
    <w:rsid w:val="61AA597B"/>
    <w:rsid w:val="6227DC22"/>
    <w:rsid w:val="64F49698"/>
    <w:rsid w:val="659A3A4C"/>
    <w:rsid w:val="65CF70B4"/>
    <w:rsid w:val="66A5BC46"/>
    <w:rsid w:val="67494C23"/>
    <w:rsid w:val="685E2578"/>
    <w:rsid w:val="6A994A12"/>
    <w:rsid w:val="6E56C64F"/>
    <w:rsid w:val="6E918F10"/>
    <w:rsid w:val="6EC1B4E7"/>
    <w:rsid w:val="6EC35000"/>
    <w:rsid w:val="6EFF232C"/>
    <w:rsid w:val="6F2FC2F4"/>
    <w:rsid w:val="6F5F154D"/>
    <w:rsid w:val="701D99C7"/>
    <w:rsid w:val="7137C55B"/>
    <w:rsid w:val="73A60683"/>
    <w:rsid w:val="73D6ECF2"/>
    <w:rsid w:val="7440459B"/>
    <w:rsid w:val="75FC691C"/>
    <w:rsid w:val="76A96B2D"/>
    <w:rsid w:val="77383718"/>
    <w:rsid w:val="787078EF"/>
    <w:rsid w:val="7965C138"/>
    <w:rsid w:val="7CD60BAC"/>
    <w:rsid w:val="7EC8A31E"/>
    <w:rsid w:val="7FBC1EE9"/>
    <w:rsid w:val="7FE1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766FF"/>
  <w15:docId w15:val="{C2377359-509A-4C62-96CE-8BCA8921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368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368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368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36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368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368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368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368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368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368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A368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A368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3683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3683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368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3683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368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368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368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368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36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368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368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3683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3683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3683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368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3683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36839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59"/>
    <w:rsid w:val="00785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99"/>
    <w:qFormat/>
    <w:rsid w:val="0078559C"/>
    <w:pPr>
      <w:widowControl w:val="0"/>
      <w:autoSpaceDE w:val="0"/>
      <w:autoSpaceDN w:val="0"/>
      <w:spacing w:after="0" w:line="240" w:lineRule="auto"/>
      <w:ind w:left="141"/>
      <w:jc w:val="both"/>
    </w:pPr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78559C"/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B5D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5D6E"/>
  </w:style>
  <w:style w:type="paragraph" w:styleId="Rodap">
    <w:name w:val="footer"/>
    <w:basedOn w:val="Normal"/>
    <w:link w:val="RodapChar"/>
    <w:uiPriority w:val="99"/>
    <w:unhideWhenUsed/>
    <w:rsid w:val="00FB5D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5D6E"/>
  </w:style>
  <w:style w:type="table" w:customStyle="1" w:styleId="TableGrid0">
    <w:name w:val="Table Grid_0"/>
    <w:basedOn w:val="Tabelanormal"/>
    <w:uiPriority w:val="59"/>
    <w:rsid w:val="00FC693F"/>
    <w:pPr>
      <w:spacing w:after="0" w:line="240" w:lineRule="auto"/>
    </w:pPr>
    <w:rPr>
      <w:rFonts w:ascii="Cambria" w:eastAsia="MS Mincho" w:hAnsi="Cambria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Corpodetexto2">
    <w:name w:val="Body Text 2"/>
    <w:basedOn w:val="Normal"/>
    <w:link w:val="Corpodetexto2Char"/>
    <w:uiPriority w:val="99"/>
    <w:unhideWhenUsed/>
    <w:rsid w:val="00B7459C"/>
    <w:pPr>
      <w:spacing w:after="120" w:line="48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B7459C"/>
    <w:rPr>
      <w:rFonts w:eastAsiaTheme="minorEastAsia"/>
      <w:kern w:val="0"/>
      <w:sz w:val="22"/>
      <w:szCs w:val="22"/>
      <w:lang w:val="en-US"/>
      <w14:ligatures w14:val="none"/>
    </w:rPr>
  </w:style>
  <w:style w:type="paragraph" w:styleId="Corpodetexto3">
    <w:name w:val="Body Text 3"/>
    <w:basedOn w:val="Normal"/>
    <w:link w:val="Corpodetexto3Char"/>
    <w:uiPriority w:val="99"/>
    <w:unhideWhenUsed/>
    <w:rsid w:val="00B7459C"/>
    <w:pPr>
      <w:spacing w:after="120" w:line="276" w:lineRule="auto"/>
    </w:pPr>
    <w:rPr>
      <w:rFonts w:eastAsiaTheme="minorEastAsia"/>
      <w:kern w:val="0"/>
      <w:sz w:val="16"/>
      <w:szCs w:val="16"/>
      <w:lang w:val="en-US"/>
      <w14:ligatures w14:val="none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B7459C"/>
    <w:rPr>
      <w:rFonts w:eastAsiaTheme="minorEastAsia"/>
      <w:kern w:val="0"/>
      <w:sz w:val="16"/>
      <w:szCs w:val="16"/>
      <w:lang w:val="en-US"/>
      <w14:ligatures w14:val="none"/>
    </w:rPr>
  </w:style>
  <w:style w:type="paragraph" w:styleId="Lista">
    <w:name w:val="List"/>
    <w:basedOn w:val="Normal"/>
    <w:uiPriority w:val="99"/>
    <w:unhideWhenUsed/>
    <w:rsid w:val="00B7459C"/>
    <w:pPr>
      <w:spacing w:after="200" w:line="276" w:lineRule="auto"/>
      <w:ind w:left="360" w:hanging="36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Lista2">
    <w:name w:val="List 2"/>
    <w:basedOn w:val="Normal"/>
    <w:uiPriority w:val="99"/>
    <w:unhideWhenUsed/>
    <w:rsid w:val="00B7459C"/>
    <w:pPr>
      <w:spacing w:after="200" w:line="276" w:lineRule="auto"/>
      <w:ind w:left="720" w:hanging="36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Lista3">
    <w:name w:val="List 3"/>
    <w:basedOn w:val="Normal"/>
    <w:uiPriority w:val="99"/>
    <w:unhideWhenUsed/>
    <w:rsid w:val="00B7459C"/>
    <w:pPr>
      <w:spacing w:after="200" w:line="276" w:lineRule="auto"/>
      <w:ind w:left="1080" w:hanging="36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Commarcadores">
    <w:name w:val="List Bullet"/>
    <w:basedOn w:val="Normal"/>
    <w:uiPriority w:val="99"/>
    <w:unhideWhenUsed/>
    <w:rsid w:val="00B7459C"/>
    <w:pPr>
      <w:numPr>
        <w:numId w:val="3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Commarcadores2">
    <w:name w:val="List Bullet 2"/>
    <w:basedOn w:val="Normal"/>
    <w:uiPriority w:val="99"/>
    <w:unhideWhenUsed/>
    <w:rsid w:val="00B7459C"/>
    <w:pPr>
      <w:numPr>
        <w:numId w:val="4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Commarcadores3">
    <w:name w:val="List Bullet 3"/>
    <w:basedOn w:val="Normal"/>
    <w:uiPriority w:val="99"/>
    <w:unhideWhenUsed/>
    <w:rsid w:val="00B7459C"/>
    <w:pPr>
      <w:numPr>
        <w:numId w:val="5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umerada">
    <w:name w:val="List Number"/>
    <w:basedOn w:val="Normal"/>
    <w:uiPriority w:val="99"/>
    <w:unhideWhenUsed/>
    <w:rsid w:val="00B7459C"/>
    <w:pPr>
      <w:numPr>
        <w:numId w:val="7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umerada2">
    <w:name w:val="List Number 2"/>
    <w:basedOn w:val="Normal"/>
    <w:uiPriority w:val="99"/>
    <w:unhideWhenUsed/>
    <w:rsid w:val="00B7459C"/>
    <w:pPr>
      <w:numPr>
        <w:numId w:val="8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umerada3">
    <w:name w:val="List Number 3"/>
    <w:basedOn w:val="Normal"/>
    <w:uiPriority w:val="99"/>
    <w:unhideWhenUsed/>
    <w:rsid w:val="00B7459C"/>
    <w:pPr>
      <w:numPr>
        <w:numId w:val="9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Listadecontinuao">
    <w:name w:val="List Continue"/>
    <w:basedOn w:val="Normal"/>
    <w:uiPriority w:val="99"/>
    <w:unhideWhenUsed/>
    <w:rsid w:val="00B7459C"/>
    <w:pPr>
      <w:spacing w:after="120" w:line="276" w:lineRule="auto"/>
      <w:ind w:left="36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Listadecontinuao2">
    <w:name w:val="List Continue 2"/>
    <w:basedOn w:val="Normal"/>
    <w:uiPriority w:val="99"/>
    <w:unhideWhenUsed/>
    <w:rsid w:val="00B7459C"/>
    <w:pPr>
      <w:spacing w:after="120" w:line="276" w:lineRule="auto"/>
      <w:ind w:left="72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Listadecontinuao3">
    <w:name w:val="List Continue 3"/>
    <w:basedOn w:val="Normal"/>
    <w:uiPriority w:val="99"/>
    <w:unhideWhenUsed/>
    <w:rsid w:val="00B7459C"/>
    <w:pPr>
      <w:spacing w:after="120" w:line="276" w:lineRule="auto"/>
      <w:ind w:left="108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Textodemacro">
    <w:name w:val="macro"/>
    <w:link w:val="TextodemacroChar"/>
    <w:uiPriority w:val="99"/>
    <w:unhideWhenUsed/>
    <w:rsid w:val="00B7459C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kern w:val="0"/>
      <w:sz w:val="20"/>
      <w:szCs w:val="20"/>
      <w:lang w:val="en-US"/>
      <w14:ligatures w14:val="none"/>
    </w:rPr>
  </w:style>
  <w:style w:type="character" w:customStyle="1" w:styleId="TextodemacroChar">
    <w:name w:val="Texto de macro Char"/>
    <w:basedOn w:val="Fontepargpadro"/>
    <w:link w:val="Textodemacro"/>
    <w:uiPriority w:val="99"/>
    <w:rsid w:val="00B7459C"/>
    <w:rPr>
      <w:rFonts w:ascii="Courier" w:eastAsiaTheme="minorEastAsia" w:hAnsi="Courier"/>
      <w:kern w:val="0"/>
      <w:sz w:val="20"/>
      <w:szCs w:val="20"/>
      <w:lang w:val="en-US"/>
      <w14:ligatures w14:val="none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7459C"/>
    <w:pPr>
      <w:spacing w:after="200" w:line="240" w:lineRule="auto"/>
    </w:pPr>
    <w:rPr>
      <w:rFonts w:eastAsiaTheme="minorEastAsia"/>
      <w:b/>
      <w:bCs/>
      <w:color w:val="156082" w:themeColor="accent1"/>
      <w:kern w:val="0"/>
      <w:sz w:val="18"/>
      <w:szCs w:val="18"/>
      <w:lang w:val="en-US"/>
      <w14:ligatures w14:val="none"/>
    </w:rPr>
  </w:style>
  <w:style w:type="character" w:styleId="Forte">
    <w:name w:val="Strong"/>
    <w:basedOn w:val="Fontepargpadro"/>
    <w:uiPriority w:val="22"/>
    <w:qFormat/>
    <w:rsid w:val="00B7459C"/>
    <w:rPr>
      <w:b/>
      <w:bCs/>
    </w:rPr>
  </w:style>
  <w:style w:type="character" w:styleId="nfase">
    <w:name w:val="Emphasis"/>
    <w:basedOn w:val="Fontepargpadro"/>
    <w:uiPriority w:val="20"/>
    <w:qFormat/>
    <w:rsid w:val="00B7459C"/>
    <w:rPr>
      <w:i/>
      <w:iCs/>
    </w:rPr>
  </w:style>
  <w:style w:type="character" w:styleId="nfaseSutil">
    <w:name w:val="Subtle Emphasis"/>
    <w:basedOn w:val="Fontepargpadro"/>
    <w:uiPriority w:val="19"/>
    <w:qFormat/>
    <w:rsid w:val="00B7459C"/>
    <w:rPr>
      <w:i/>
      <w:iCs/>
      <w:color w:val="808080" w:themeColor="text1" w:themeTint="7F"/>
    </w:rPr>
  </w:style>
  <w:style w:type="character" w:styleId="RefernciaSutil">
    <w:name w:val="Subtle Reference"/>
    <w:basedOn w:val="Fontepargpadro"/>
    <w:uiPriority w:val="31"/>
    <w:qFormat/>
    <w:rsid w:val="00B7459C"/>
    <w:rPr>
      <w:smallCaps/>
      <w:color w:val="E97132" w:themeColor="accent2"/>
      <w:u w:val="single"/>
    </w:rPr>
  </w:style>
  <w:style w:type="character" w:styleId="TtulodoLivro">
    <w:name w:val="Book Title"/>
    <w:basedOn w:val="Fontepargpadro"/>
    <w:uiPriority w:val="33"/>
    <w:qFormat/>
    <w:rsid w:val="00B7459C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7459C"/>
    <w:pPr>
      <w:spacing w:before="480" w:after="0" w:line="276" w:lineRule="auto"/>
      <w:outlineLvl w:val="9"/>
    </w:pPr>
    <w:rPr>
      <w:b/>
      <w:bCs/>
      <w:kern w:val="0"/>
      <w:sz w:val="28"/>
      <w:szCs w:val="28"/>
      <w:lang w:val="en-US"/>
      <w14:ligatures w14:val="none"/>
    </w:rPr>
  </w:style>
  <w:style w:type="table" w:styleId="SombreamentoClaro">
    <w:name w:val="Light Shading"/>
    <w:basedOn w:val="Tabelanormal"/>
    <w:uiPriority w:val="60"/>
    <w:rsid w:val="00B7459C"/>
    <w:pPr>
      <w:spacing w:after="0" w:line="240" w:lineRule="auto"/>
    </w:pPr>
    <w:rPr>
      <w:rFonts w:eastAsiaTheme="minorEastAsia"/>
      <w:color w:val="000000" w:themeColor="tex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B7459C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B7459C"/>
    <w:pPr>
      <w:spacing w:after="0" w:line="240" w:lineRule="auto"/>
    </w:pPr>
    <w:rPr>
      <w:rFonts w:eastAsiaTheme="minorEastAsia"/>
      <w:color w:val="BF4E14" w:themeColor="accent2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B7459C"/>
    <w:pPr>
      <w:spacing w:after="0" w:line="240" w:lineRule="auto"/>
    </w:pPr>
    <w:rPr>
      <w:rFonts w:eastAsiaTheme="minorEastAsia"/>
      <w:color w:val="124F1A" w:themeColor="accent3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B7459C"/>
    <w:pPr>
      <w:spacing w:after="0" w:line="240" w:lineRule="auto"/>
    </w:pPr>
    <w:rPr>
      <w:rFonts w:eastAsiaTheme="minorEastAsia"/>
      <w:color w:val="0B769F" w:themeColor="accent4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B7459C"/>
    <w:pPr>
      <w:spacing w:after="0" w:line="240" w:lineRule="auto"/>
    </w:pPr>
    <w:rPr>
      <w:rFonts w:eastAsiaTheme="minorEastAsia"/>
      <w:color w:val="77206D" w:themeColor="accent5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B7459C"/>
    <w:pPr>
      <w:spacing w:after="0" w:line="240" w:lineRule="auto"/>
    </w:pPr>
    <w:rPr>
      <w:rFonts w:eastAsiaTheme="minorEastAsia"/>
      <w:color w:val="3A7C22" w:themeColor="accent6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staClara">
    <w:name w:val="Light List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GradeClara">
    <w:name w:val="Light Grid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ListaMdia2">
    <w:name w:val="Medium List 2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GradeMdia2">
    <w:name w:val="Medium Grid 2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B745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B7459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ListaEscura">
    <w:name w:val="Dark List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B7459C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adeColorida">
    <w:name w:val="Colorful Grid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B7459C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17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0476664-3c83-4568-815a-b927358eb9f0" xsi:nil="true"/>
    <lcf76f155ced4ddcb4097134ff3c332f xmlns="792dbf8e-63b7-4598-8e14-42112abedcd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F0F1F25BC3D8147B5C05FBC4F772F85" ma:contentTypeVersion="18" ma:contentTypeDescription="Crie um novo documento." ma:contentTypeScope="" ma:versionID="ad400255b83aabfabb4740c392f8b4a7">
  <xsd:schema xmlns:xsd="http://www.w3.org/2001/XMLSchema" xmlns:xs="http://www.w3.org/2001/XMLSchema" xmlns:p="http://schemas.microsoft.com/office/2006/metadata/properties" xmlns:ns2="792dbf8e-63b7-4598-8e14-42112abedcdb" xmlns:ns3="20476664-3c83-4568-815a-b927358eb9f0" targetNamespace="http://schemas.microsoft.com/office/2006/metadata/properties" ma:root="true" ma:fieldsID="e7ac87c2f5ed38ebd517b326655c5f57" ns2:_="" ns3:_="">
    <xsd:import namespace="792dbf8e-63b7-4598-8e14-42112abedcdb"/>
    <xsd:import namespace="20476664-3c83-4568-815a-b927358eb9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dbf8e-63b7-4598-8e14-42112abedc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6230e73f-8bf0-480d-9756-203fb4587a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476664-3c83-4568-815a-b927358eb9f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a362b04-e107-43c7-aed8-f6573b2d124a}" ma:internalName="TaxCatchAll" ma:showField="CatchAllData" ma:web="20476664-3c83-4568-815a-b927358eb9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1B84EC-1881-4A89-BC23-CB3A15CD233E}">
  <ds:schemaRefs>
    <ds:schemaRef ds:uri="http://schemas.microsoft.com/office/2006/metadata/properties"/>
    <ds:schemaRef ds:uri="http://www.w3.org/2000/xmlns/"/>
    <ds:schemaRef ds:uri="20476664-3c83-4568-815a-b927358eb9f0"/>
    <ds:schemaRef ds:uri="http://www.w3.org/2001/XMLSchema-instance"/>
    <ds:schemaRef ds:uri="792dbf8e-63b7-4598-8e14-42112abedcdb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101ABE-73FE-465B-9115-A4BDA0866069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92dbf8e-63b7-4598-8e14-42112abedcdb"/>
    <ds:schemaRef ds:uri="20476664-3c83-4568-815a-b927358eb9f0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5F310C-CA3E-4A89-9189-D13965443C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16</Pages>
  <Words>3229</Words>
  <Characters>17437</Characters>
  <Application>Microsoft Office Word</Application>
  <DocSecurity>0</DocSecurity>
  <Lines>145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Oslaj</dc:creator>
  <cp:lastModifiedBy>Bernardo Ben da Jornada</cp:lastModifiedBy>
  <cp:revision>5</cp:revision>
  <dcterms:created xsi:type="dcterms:W3CDTF">2025-11-03T17:06:00Z</dcterms:created>
  <dcterms:modified xsi:type="dcterms:W3CDTF">2025-11-05T11:21:00Z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0x0101006F0F1F25BC3D8147B5C05FBC4F772F85</vt:lpwstr>
  </property>
</Properties>
</file>